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D41EC" w14:textId="77777777" w:rsidR="00BA3549" w:rsidRPr="00307668" w:rsidRDefault="00000000">
      <w:pPr>
        <w:pStyle w:val="Title"/>
        <w:rPr>
          <w:rFonts w:ascii="Calibri" w:hAnsi="Calibri" w:cs="Calibri"/>
          <w:b/>
          <w:bCs/>
          <w:color w:val="365F91" w:themeColor="accent1" w:themeShade="BF"/>
          <w:sz w:val="60"/>
        </w:rPr>
      </w:pPr>
      <w:r w:rsidRPr="00307668">
        <w:rPr>
          <w:rFonts w:ascii="Calibri" w:hAnsi="Calibri" w:cs="Calibri"/>
          <w:b/>
          <w:bCs/>
          <w:color w:val="365F91" w:themeColor="accent1" w:themeShade="BF"/>
          <w:sz w:val="60"/>
        </w:rPr>
        <w:t xml:space="preserve">Special Character Review </w:t>
      </w:r>
    </w:p>
    <w:p w14:paraId="50D7D5B3" w14:textId="21C35502" w:rsidR="00A0530C" w:rsidRPr="00307668" w:rsidRDefault="00BA3549">
      <w:pPr>
        <w:pStyle w:val="Title"/>
        <w:rPr>
          <w:rFonts w:ascii="Calibri" w:hAnsi="Calibri" w:cs="Calibri"/>
          <w:b/>
          <w:bCs/>
          <w:color w:val="365F91" w:themeColor="accent1" w:themeShade="BF"/>
        </w:rPr>
      </w:pPr>
      <w:r w:rsidRPr="00307668">
        <w:rPr>
          <w:rFonts w:ascii="Calibri" w:hAnsi="Calibri" w:cs="Calibri"/>
          <w:b/>
          <w:bCs/>
          <w:color w:val="365F91" w:themeColor="accent1" w:themeShade="BF"/>
          <w:sz w:val="60"/>
        </w:rPr>
        <w:t>Draft Report</w:t>
      </w:r>
    </w:p>
    <w:p w14:paraId="032E1ECE" w14:textId="77777777" w:rsidR="00A0530C" w:rsidRPr="00B73D28" w:rsidRDefault="00000000">
      <w:pPr>
        <w:rPr>
          <w:rFonts w:ascii="Calibri" w:hAnsi="Calibri" w:cs="Calibri"/>
          <w:b/>
          <w:bCs/>
          <w:color w:val="365F91" w:themeColor="accent1" w:themeShade="BF"/>
          <w:sz w:val="32"/>
          <w:szCs w:val="32"/>
        </w:rPr>
      </w:pPr>
      <w:r w:rsidRPr="00B73D28">
        <w:rPr>
          <w:rFonts w:ascii="Calibri" w:hAnsi="Calibri" w:cs="Calibri"/>
          <w:b/>
          <w:bCs/>
          <w:color w:val="365F91" w:themeColor="accent1" w:themeShade="BF"/>
          <w:sz w:val="32"/>
          <w:szCs w:val="32"/>
        </w:rPr>
        <w:t>Hamilton Seventh-day Adventist School</w:t>
      </w:r>
    </w:p>
    <w:p w14:paraId="1A23DAD9" w14:textId="77777777" w:rsidR="00307668" w:rsidRDefault="00307668">
      <w:pPr>
        <w:rPr>
          <w:rFonts w:ascii="Calibri" w:hAnsi="Calibri" w:cs="Calibri"/>
          <w:sz w:val="28"/>
          <w:szCs w:val="28"/>
        </w:rPr>
      </w:pPr>
    </w:p>
    <w:p w14:paraId="6DBF12CE" w14:textId="7EDD84CC" w:rsidR="00D54B89" w:rsidRDefault="00D54B89">
      <w:pPr>
        <w:rPr>
          <w:rFonts w:ascii="Calibri" w:hAnsi="Calibri" w:cs="Calibri"/>
        </w:rPr>
      </w:pPr>
      <w:r w:rsidRPr="00D54B89">
        <w:rPr>
          <w:rFonts w:ascii="Calibri" w:hAnsi="Calibri" w:cs="Calibri"/>
          <w:b/>
          <w:bCs/>
        </w:rPr>
        <w:t>Site Visit:</w:t>
      </w:r>
      <w:r>
        <w:rPr>
          <w:rFonts w:ascii="Calibri" w:hAnsi="Calibri" w:cs="Calibri"/>
        </w:rPr>
        <w:t xml:space="preserve"> October 15, 2025</w:t>
      </w:r>
    </w:p>
    <w:p w14:paraId="235767D0" w14:textId="4E0D428E" w:rsidR="00D54B89" w:rsidRPr="00D54B89" w:rsidRDefault="00D54B89">
      <w:pPr>
        <w:rPr>
          <w:rFonts w:ascii="Calibri" w:hAnsi="Calibri" w:cs="Calibri"/>
        </w:rPr>
      </w:pPr>
      <w:r w:rsidRPr="00D54B89">
        <w:rPr>
          <w:rFonts w:ascii="Calibri" w:hAnsi="Calibri" w:cs="Calibri"/>
          <w:b/>
          <w:bCs/>
        </w:rPr>
        <w:t>Visiting Reviewer:</w:t>
      </w:r>
      <w:r w:rsidRPr="00D54B89">
        <w:rPr>
          <w:rFonts w:ascii="Calibri" w:hAnsi="Calibri" w:cs="Calibri"/>
        </w:rPr>
        <w:t xml:space="preserve"> Sarita Butler, </w:t>
      </w:r>
      <w:r w:rsidRPr="00D54B89">
        <w:rPr>
          <w:rFonts w:ascii="Calibri" w:hAnsi="Calibri" w:cs="Calibri"/>
          <w:i/>
          <w:iCs/>
        </w:rPr>
        <w:t>Associate Director of Education, NZPUC</w:t>
      </w:r>
    </w:p>
    <w:p w14:paraId="6D4C72F8" w14:textId="77777777" w:rsidR="003452B3" w:rsidRDefault="003452B3">
      <w:pPr>
        <w:rPr>
          <w:rFonts w:ascii="Calibri" w:hAnsi="Calibri" w:cs="Calibri"/>
        </w:rPr>
      </w:pPr>
    </w:p>
    <w:p w14:paraId="004B6FB5" w14:textId="172143DD" w:rsidR="003452B3" w:rsidRPr="003452B3" w:rsidRDefault="003452B3">
      <w:pPr>
        <w:rPr>
          <w:rFonts w:ascii="Calibri" w:hAnsi="Calibri" w:cs="Calibri"/>
          <w:b/>
          <w:bCs/>
          <w:u w:val="single"/>
        </w:rPr>
      </w:pPr>
      <w:r w:rsidRPr="003452B3">
        <w:rPr>
          <w:rFonts w:ascii="Calibri" w:hAnsi="Calibri" w:cs="Calibri"/>
          <w:b/>
          <w:bCs/>
          <w:u w:val="single"/>
        </w:rPr>
        <w:t>To</w:t>
      </w:r>
      <w:r w:rsidR="00307668">
        <w:rPr>
          <w:rFonts w:ascii="Calibri" w:hAnsi="Calibri" w:cs="Calibri"/>
          <w:b/>
          <w:bCs/>
          <w:u w:val="single"/>
        </w:rPr>
        <w:t xml:space="preserve"> </w:t>
      </w:r>
      <w:proofErr w:type="gramStart"/>
      <w:r w:rsidR="00307668">
        <w:rPr>
          <w:rFonts w:ascii="Calibri" w:hAnsi="Calibri" w:cs="Calibri"/>
          <w:b/>
          <w:bCs/>
          <w:u w:val="single"/>
        </w:rPr>
        <w:t xml:space="preserve">the </w:t>
      </w:r>
      <w:r w:rsidRPr="003452B3">
        <w:rPr>
          <w:rFonts w:ascii="Calibri" w:hAnsi="Calibri" w:cs="Calibri"/>
          <w:b/>
          <w:bCs/>
          <w:u w:val="single"/>
        </w:rPr>
        <w:t xml:space="preserve"> Principal</w:t>
      </w:r>
      <w:proofErr w:type="gramEnd"/>
      <w:r w:rsidRPr="003452B3">
        <w:rPr>
          <w:rFonts w:ascii="Calibri" w:hAnsi="Calibri" w:cs="Calibri"/>
          <w:b/>
          <w:bCs/>
          <w:u w:val="single"/>
        </w:rPr>
        <w:t xml:space="preserve"> and Board of Hamilton Seventh-day Adventist School:</w:t>
      </w:r>
    </w:p>
    <w:p w14:paraId="1B851605" w14:textId="3D2428FB" w:rsidR="00307668" w:rsidRDefault="00307668">
      <w:pPr>
        <w:rPr>
          <w:rFonts w:ascii="Calibri" w:hAnsi="Calibri" w:cs="Calibri"/>
        </w:rPr>
      </w:pPr>
      <w:r>
        <w:rPr>
          <w:rFonts w:ascii="Calibri" w:hAnsi="Calibri" w:cs="Calibri"/>
        </w:rPr>
        <w:t xml:space="preserve">Thank you for engaging with the Special Character Review self-audit and site visit on October 15. </w:t>
      </w:r>
      <w:r w:rsidR="003452B3">
        <w:rPr>
          <w:rFonts w:ascii="Calibri" w:hAnsi="Calibri" w:cs="Calibri"/>
        </w:rPr>
        <w:t xml:space="preserve">Please table this draft report at your next Board meeting. </w:t>
      </w:r>
    </w:p>
    <w:p w14:paraId="46E5A4DC" w14:textId="61E14E48" w:rsidR="003452B3" w:rsidRDefault="003452B3">
      <w:pPr>
        <w:rPr>
          <w:rFonts w:ascii="Calibri" w:hAnsi="Calibri" w:cs="Calibri"/>
        </w:rPr>
      </w:pPr>
      <w:r>
        <w:rPr>
          <w:rFonts w:ascii="Calibri" w:hAnsi="Calibri" w:cs="Calibri"/>
        </w:rPr>
        <w:t>The following actions are required:</w:t>
      </w:r>
    </w:p>
    <w:p w14:paraId="60EAC8AC" w14:textId="21FF9EB6" w:rsidR="003452B3" w:rsidRPr="003452B3" w:rsidRDefault="003452B3" w:rsidP="003452B3">
      <w:pPr>
        <w:pStyle w:val="ListParagraph"/>
        <w:numPr>
          <w:ilvl w:val="0"/>
          <w:numId w:val="18"/>
        </w:numPr>
        <w:rPr>
          <w:rFonts w:ascii="Calibri" w:hAnsi="Calibri" w:cs="Calibri"/>
        </w:rPr>
      </w:pPr>
      <w:r w:rsidRPr="00307668">
        <w:rPr>
          <w:rFonts w:ascii="Calibri" w:hAnsi="Calibri" w:cs="Calibri"/>
          <w:b/>
          <w:bCs/>
        </w:rPr>
        <w:t>Read and reflect</w:t>
      </w:r>
      <w:r w:rsidRPr="003452B3">
        <w:rPr>
          <w:rFonts w:ascii="Calibri" w:hAnsi="Calibri" w:cs="Calibri"/>
        </w:rPr>
        <w:t xml:space="preserve"> on the report contents</w:t>
      </w:r>
      <w:r w:rsidR="00D54B89">
        <w:rPr>
          <w:rFonts w:ascii="Calibri" w:hAnsi="Calibri" w:cs="Calibri"/>
        </w:rPr>
        <w:t>. I</w:t>
      </w:r>
      <w:r w:rsidR="00307668">
        <w:rPr>
          <w:rFonts w:ascii="Calibri" w:hAnsi="Calibri" w:cs="Calibri"/>
        </w:rPr>
        <w:t xml:space="preserve">s there anything that has been </w:t>
      </w:r>
      <w:r w:rsidR="00D54B89">
        <w:rPr>
          <w:rFonts w:ascii="Calibri" w:hAnsi="Calibri" w:cs="Calibri"/>
        </w:rPr>
        <w:t xml:space="preserve">misstated or </w:t>
      </w:r>
      <w:r w:rsidR="00307668">
        <w:rPr>
          <w:rFonts w:ascii="Calibri" w:hAnsi="Calibri" w:cs="Calibri"/>
        </w:rPr>
        <w:t>misrepresented?</w:t>
      </w:r>
    </w:p>
    <w:p w14:paraId="60EC82FD" w14:textId="133C838B" w:rsidR="003452B3" w:rsidRPr="003452B3" w:rsidRDefault="003452B3" w:rsidP="003452B3">
      <w:pPr>
        <w:pStyle w:val="ListParagraph"/>
        <w:numPr>
          <w:ilvl w:val="0"/>
          <w:numId w:val="18"/>
        </w:numPr>
        <w:rPr>
          <w:rFonts w:ascii="Calibri" w:hAnsi="Calibri" w:cs="Calibri"/>
        </w:rPr>
      </w:pPr>
      <w:r>
        <w:rPr>
          <w:rFonts w:ascii="Calibri" w:hAnsi="Calibri" w:cs="Calibri"/>
        </w:rPr>
        <w:t xml:space="preserve">Review and </w:t>
      </w:r>
      <w:r w:rsidR="00D54B89">
        <w:rPr>
          <w:rFonts w:ascii="Calibri" w:hAnsi="Calibri" w:cs="Calibri"/>
        </w:rPr>
        <w:t>confirm</w:t>
      </w:r>
      <w:r w:rsidRPr="003452B3">
        <w:rPr>
          <w:rFonts w:ascii="Calibri" w:hAnsi="Calibri" w:cs="Calibri"/>
        </w:rPr>
        <w:t xml:space="preserve"> the </w:t>
      </w:r>
      <w:r w:rsidR="00D54B89" w:rsidRPr="00D54B89">
        <w:rPr>
          <w:rFonts w:ascii="Calibri" w:hAnsi="Calibri" w:cs="Calibri"/>
          <w:b/>
          <w:bCs/>
        </w:rPr>
        <w:t xml:space="preserve">Domain </w:t>
      </w:r>
      <w:r w:rsidRPr="00307668">
        <w:rPr>
          <w:rFonts w:ascii="Calibri" w:hAnsi="Calibri" w:cs="Calibri"/>
          <w:b/>
          <w:bCs/>
        </w:rPr>
        <w:t>Goals</w:t>
      </w:r>
      <w:r w:rsidR="00D54B89">
        <w:rPr>
          <w:rFonts w:ascii="Calibri" w:hAnsi="Calibri" w:cs="Calibri"/>
        </w:rPr>
        <w:t>. T</w:t>
      </w:r>
      <w:r>
        <w:rPr>
          <w:rFonts w:ascii="Calibri" w:hAnsi="Calibri" w:cs="Calibri"/>
        </w:rPr>
        <w:t xml:space="preserve">hese </w:t>
      </w:r>
      <w:r w:rsidR="00D54B89">
        <w:rPr>
          <w:rFonts w:ascii="Calibri" w:hAnsi="Calibri" w:cs="Calibri"/>
        </w:rPr>
        <w:t>goals reflect the</w:t>
      </w:r>
      <w:r>
        <w:rPr>
          <w:rFonts w:ascii="Calibri" w:hAnsi="Calibri" w:cs="Calibri"/>
        </w:rPr>
        <w:t xml:space="preserve"> areas for growth identified </w:t>
      </w:r>
      <w:r w:rsidR="00D54B89">
        <w:rPr>
          <w:rFonts w:ascii="Calibri" w:hAnsi="Calibri" w:cs="Calibri"/>
        </w:rPr>
        <w:t xml:space="preserve">through </w:t>
      </w:r>
      <w:r>
        <w:rPr>
          <w:rFonts w:ascii="Calibri" w:hAnsi="Calibri" w:cs="Calibri"/>
        </w:rPr>
        <w:t xml:space="preserve">the </w:t>
      </w:r>
      <w:r w:rsidR="00D54B89">
        <w:rPr>
          <w:rFonts w:ascii="Calibri" w:hAnsi="Calibri" w:cs="Calibri"/>
        </w:rPr>
        <w:t xml:space="preserve">school’s </w:t>
      </w:r>
      <w:r>
        <w:rPr>
          <w:rFonts w:ascii="Calibri" w:hAnsi="Calibri" w:cs="Calibri"/>
        </w:rPr>
        <w:t xml:space="preserve">self-audit </w:t>
      </w:r>
      <w:r w:rsidR="00D54B89">
        <w:rPr>
          <w:rFonts w:ascii="Calibri" w:hAnsi="Calibri" w:cs="Calibri"/>
        </w:rPr>
        <w:t>and the Visiting Reviewer’s</w:t>
      </w:r>
      <w:r>
        <w:rPr>
          <w:rFonts w:ascii="Calibri" w:hAnsi="Calibri" w:cs="Calibri"/>
        </w:rPr>
        <w:t xml:space="preserve"> </w:t>
      </w:r>
      <w:r w:rsidR="00D54B89">
        <w:rPr>
          <w:rFonts w:ascii="Calibri" w:hAnsi="Calibri" w:cs="Calibri"/>
        </w:rPr>
        <w:t>discussion with leadership.</w:t>
      </w:r>
    </w:p>
    <w:p w14:paraId="1DD03B34" w14:textId="66E4F519" w:rsidR="003452B3" w:rsidRPr="00D54B89" w:rsidRDefault="003452B3" w:rsidP="003452B3">
      <w:pPr>
        <w:pStyle w:val="ListParagraph"/>
        <w:numPr>
          <w:ilvl w:val="0"/>
          <w:numId w:val="18"/>
        </w:numPr>
        <w:rPr>
          <w:rFonts w:ascii="Calibri" w:hAnsi="Calibri" w:cs="Calibri"/>
          <w:i/>
          <w:iCs/>
        </w:rPr>
      </w:pPr>
      <w:r w:rsidRPr="003452B3">
        <w:rPr>
          <w:rFonts w:ascii="Calibri" w:hAnsi="Calibri" w:cs="Calibri"/>
        </w:rPr>
        <w:t>Review the suggested outcomes and action</w:t>
      </w:r>
      <w:r>
        <w:rPr>
          <w:rFonts w:ascii="Calibri" w:hAnsi="Calibri" w:cs="Calibri"/>
        </w:rPr>
        <w:t>s</w:t>
      </w:r>
      <w:r w:rsidRPr="003452B3">
        <w:rPr>
          <w:rFonts w:ascii="Calibri" w:hAnsi="Calibri" w:cs="Calibri"/>
        </w:rPr>
        <w:t xml:space="preserve"> </w:t>
      </w:r>
      <w:r w:rsidR="00D54B89">
        <w:rPr>
          <w:rFonts w:ascii="Calibri" w:hAnsi="Calibri" w:cs="Calibri"/>
        </w:rPr>
        <w:t>associated with each</w:t>
      </w:r>
      <w:r w:rsidRPr="003452B3">
        <w:rPr>
          <w:rFonts w:ascii="Calibri" w:hAnsi="Calibri" w:cs="Calibri"/>
        </w:rPr>
        <w:t xml:space="preserve"> goal. These have already been discussed with the </w:t>
      </w:r>
      <w:r w:rsidR="00B73D28">
        <w:rPr>
          <w:rFonts w:ascii="Calibri" w:hAnsi="Calibri" w:cs="Calibri"/>
        </w:rPr>
        <w:t>principal</w:t>
      </w:r>
      <w:r>
        <w:rPr>
          <w:rFonts w:ascii="Calibri" w:hAnsi="Calibri" w:cs="Calibri"/>
        </w:rPr>
        <w:t xml:space="preserve"> as </w:t>
      </w:r>
      <w:r w:rsidR="00D54B89">
        <w:rPr>
          <w:rFonts w:ascii="Calibri" w:hAnsi="Calibri" w:cs="Calibri"/>
        </w:rPr>
        <w:t>possible next steps</w:t>
      </w:r>
      <w:r>
        <w:rPr>
          <w:rFonts w:ascii="Calibri" w:hAnsi="Calibri" w:cs="Calibri"/>
        </w:rPr>
        <w:t xml:space="preserve">. </w:t>
      </w:r>
      <w:r w:rsidR="00D54B89">
        <w:rPr>
          <w:rFonts w:ascii="Calibri" w:hAnsi="Calibri" w:cs="Calibri"/>
        </w:rPr>
        <w:t>Please m</w:t>
      </w:r>
      <w:r w:rsidRPr="003452B3">
        <w:rPr>
          <w:rFonts w:ascii="Calibri" w:hAnsi="Calibri" w:cs="Calibri"/>
        </w:rPr>
        <w:t xml:space="preserve">ake any </w:t>
      </w:r>
      <w:r w:rsidR="00D54B89">
        <w:rPr>
          <w:rFonts w:ascii="Calibri" w:hAnsi="Calibri" w:cs="Calibri"/>
        </w:rPr>
        <w:t xml:space="preserve">edits necessary. </w:t>
      </w:r>
      <w:r w:rsidR="00D54B89" w:rsidRPr="00D54B89">
        <w:rPr>
          <w:rFonts w:ascii="Calibri" w:hAnsi="Calibri" w:cs="Calibri"/>
          <w:i/>
          <w:iCs/>
        </w:rPr>
        <w:t xml:space="preserve">Note: These </w:t>
      </w:r>
      <w:r w:rsidRPr="00D54B89">
        <w:rPr>
          <w:rFonts w:ascii="Calibri" w:hAnsi="Calibri" w:cs="Calibri"/>
          <w:i/>
          <w:iCs/>
        </w:rPr>
        <w:t xml:space="preserve">appear at the end of each Domain, rather </w:t>
      </w:r>
      <w:r w:rsidR="00D54B89" w:rsidRPr="00D54B89">
        <w:rPr>
          <w:rFonts w:ascii="Calibri" w:hAnsi="Calibri" w:cs="Calibri"/>
          <w:i/>
          <w:iCs/>
        </w:rPr>
        <w:t>grouped at the end of the report (as in previous formats).</w:t>
      </w:r>
    </w:p>
    <w:p w14:paraId="1638A887" w14:textId="00213419" w:rsidR="00307668" w:rsidRDefault="00307668">
      <w:pPr>
        <w:rPr>
          <w:rFonts w:ascii="Calibri" w:hAnsi="Calibri" w:cs="Calibri"/>
        </w:rPr>
      </w:pPr>
      <w:r>
        <w:rPr>
          <w:rFonts w:ascii="Calibri" w:hAnsi="Calibri" w:cs="Calibri"/>
        </w:rPr>
        <w:t xml:space="preserve">The draft report has been provided </w:t>
      </w:r>
      <w:r w:rsidR="00D54B89">
        <w:rPr>
          <w:rFonts w:ascii="Calibri" w:hAnsi="Calibri" w:cs="Calibri"/>
        </w:rPr>
        <w:t>in Word format</w:t>
      </w:r>
      <w:r>
        <w:rPr>
          <w:rFonts w:ascii="Calibri" w:hAnsi="Calibri" w:cs="Calibri"/>
        </w:rPr>
        <w:t xml:space="preserve"> to </w:t>
      </w:r>
      <w:r w:rsidR="00D54B89">
        <w:rPr>
          <w:rFonts w:ascii="Calibri" w:hAnsi="Calibri" w:cs="Calibri"/>
        </w:rPr>
        <w:t>allow the Board to easily update the Goals / Outcomes / Actions sections.</w:t>
      </w:r>
    </w:p>
    <w:p w14:paraId="2ECA0F4C" w14:textId="567CB6E5" w:rsidR="00831CA8" w:rsidRDefault="003452B3">
      <w:pPr>
        <w:rPr>
          <w:rFonts w:ascii="Calibri" w:hAnsi="Calibri" w:cs="Calibri"/>
        </w:rPr>
      </w:pPr>
      <w:r>
        <w:rPr>
          <w:rFonts w:ascii="Calibri" w:hAnsi="Calibri" w:cs="Calibri"/>
        </w:rPr>
        <w:t xml:space="preserve">This Special Character Review report will remain </w:t>
      </w:r>
      <w:r w:rsidR="00B73D28">
        <w:rPr>
          <w:rFonts w:ascii="Calibri" w:hAnsi="Calibri" w:cs="Calibri"/>
        </w:rPr>
        <w:t>in</w:t>
      </w:r>
      <w:r>
        <w:rPr>
          <w:rFonts w:ascii="Calibri" w:hAnsi="Calibri" w:cs="Calibri"/>
        </w:rPr>
        <w:t xml:space="preserve"> draft </w:t>
      </w:r>
      <w:r w:rsidR="00B73D28">
        <w:rPr>
          <w:rFonts w:ascii="Calibri" w:hAnsi="Calibri" w:cs="Calibri"/>
        </w:rPr>
        <w:t xml:space="preserve">form </w:t>
      </w:r>
      <w:r>
        <w:rPr>
          <w:rFonts w:ascii="Calibri" w:hAnsi="Calibri" w:cs="Calibri"/>
        </w:rPr>
        <w:t>until the end of February 2026</w:t>
      </w:r>
      <w:r w:rsidR="00B73D28">
        <w:rPr>
          <w:rFonts w:ascii="Calibri" w:hAnsi="Calibri" w:cs="Calibri"/>
        </w:rPr>
        <w:t>. A</w:t>
      </w:r>
      <w:r>
        <w:rPr>
          <w:rFonts w:ascii="Calibri" w:hAnsi="Calibri" w:cs="Calibri"/>
        </w:rPr>
        <w:t xml:space="preserve">t </w:t>
      </w:r>
      <w:r w:rsidR="00B73D28">
        <w:rPr>
          <w:rFonts w:ascii="Calibri" w:hAnsi="Calibri" w:cs="Calibri"/>
        </w:rPr>
        <w:t>that</w:t>
      </w:r>
      <w:r>
        <w:rPr>
          <w:rFonts w:ascii="Calibri" w:hAnsi="Calibri" w:cs="Calibri"/>
        </w:rPr>
        <w:t xml:space="preserve"> point</w:t>
      </w:r>
      <w:r w:rsidR="00B73D28">
        <w:rPr>
          <w:rFonts w:ascii="Calibri" w:hAnsi="Calibri" w:cs="Calibri"/>
        </w:rPr>
        <w:t xml:space="preserve">, either the edited version you return </w:t>
      </w:r>
      <w:r>
        <w:rPr>
          <w:rFonts w:ascii="Calibri" w:hAnsi="Calibri" w:cs="Calibri"/>
        </w:rPr>
        <w:t xml:space="preserve">or the </w:t>
      </w:r>
      <w:r w:rsidR="00B73D28">
        <w:rPr>
          <w:rFonts w:ascii="Calibri" w:hAnsi="Calibri" w:cs="Calibri"/>
        </w:rPr>
        <w:t xml:space="preserve">current draft (if no changes are received) will be </w:t>
      </w:r>
      <w:proofErr w:type="spellStart"/>
      <w:r w:rsidR="00B73D28">
        <w:rPr>
          <w:rFonts w:ascii="Calibri" w:hAnsi="Calibri" w:cs="Calibri"/>
        </w:rPr>
        <w:t>finalised</w:t>
      </w:r>
      <w:proofErr w:type="spellEnd"/>
      <w:r w:rsidR="00B73D28">
        <w:rPr>
          <w:rFonts w:ascii="Calibri" w:hAnsi="Calibri" w:cs="Calibri"/>
        </w:rPr>
        <w:t>.</w:t>
      </w:r>
    </w:p>
    <w:p w14:paraId="0163641C" w14:textId="436C6825" w:rsidR="00307668" w:rsidRDefault="00307668">
      <w:pPr>
        <w:rPr>
          <w:rFonts w:ascii="Calibri" w:hAnsi="Calibri" w:cs="Calibri"/>
        </w:rPr>
      </w:pPr>
      <w:r>
        <w:rPr>
          <w:rFonts w:ascii="Calibri" w:hAnsi="Calibri" w:cs="Calibri"/>
        </w:rPr>
        <w:t>We look forward to hearing from you by February 27.</w:t>
      </w:r>
    </w:p>
    <w:p w14:paraId="261D842D" w14:textId="77777777" w:rsidR="00831CA8" w:rsidRDefault="00831CA8">
      <w:pPr>
        <w:rPr>
          <w:rFonts w:ascii="Calibri" w:hAnsi="Calibri" w:cs="Calibri"/>
        </w:rPr>
      </w:pPr>
      <w:r>
        <w:rPr>
          <w:rFonts w:ascii="Calibri" w:hAnsi="Calibri" w:cs="Calibri"/>
        </w:rPr>
        <w:br w:type="page"/>
      </w:r>
    </w:p>
    <w:p w14:paraId="3A13C152" w14:textId="7BBA6D48" w:rsidR="00831CA8" w:rsidRPr="00831CA8" w:rsidRDefault="00831CA8" w:rsidP="00831CA8">
      <w:pPr>
        <w:pStyle w:val="NoSpacing"/>
        <w:rPr>
          <w:rFonts w:asciiTheme="majorHAnsi" w:hAnsiTheme="majorHAnsi" w:cstheme="majorHAnsi"/>
          <w:b/>
          <w:bCs/>
          <w:color w:val="365F91" w:themeColor="accent1" w:themeShade="BF"/>
          <w:sz w:val="32"/>
          <w:szCs w:val="32"/>
        </w:rPr>
      </w:pPr>
      <w:r w:rsidRPr="00831CA8">
        <w:rPr>
          <w:rFonts w:asciiTheme="majorHAnsi" w:hAnsiTheme="majorHAnsi" w:cstheme="majorHAnsi"/>
          <w:b/>
          <w:bCs/>
          <w:color w:val="365F91" w:themeColor="accent1" w:themeShade="BF"/>
          <w:sz w:val="32"/>
          <w:szCs w:val="32"/>
        </w:rPr>
        <w:lastRenderedPageBreak/>
        <w:t>I</w:t>
      </w:r>
      <w:r w:rsidR="00307668">
        <w:rPr>
          <w:rFonts w:asciiTheme="majorHAnsi" w:hAnsiTheme="majorHAnsi" w:cstheme="majorHAnsi"/>
          <w:b/>
          <w:bCs/>
          <w:color w:val="365F91" w:themeColor="accent1" w:themeShade="BF"/>
          <w:sz w:val="32"/>
          <w:szCs w:val="32"/>
        </w:rPr>
        <w:t>ntroduction</w:t>
      </w:r>
    </w:p>
    <w:p w14:paraId="598140EC" w14:textId="39E42D39" w:rsidR="00831CA8" w:rsidRDefault="00831CA8" w:rsidP="00831CA8">
      <w:pPr>
        <w:pStyle w:val="NoSpacing"/>
        <w:rPr>
          <w:rFonts w:ascii="Calibri" w:hAnsi="Calibri" w:cs="Calibri"/>
        </w:rPr>
      </w:pPr>
      <w:r w:rsidRPr="00606AEE">
        <w:rPr>
          <w:rFonts w:asciiTheme="majorHAnsi" w:hAnsiTheme="majorHAnsi" w:cstheme="majorHAnsi"/>
        </w:rPr>
        <w:br/>
      </w:r>
      <w:r w:rsidRPr="00831CA8">
        <w:rPr>
          <w:rFonts w:ascii="Calibri" w:hAnsi="Calibri" w:cs="Calibri"/>
        </w:rPr>
        <w:t xml:space="preserve">The Special Character Review (SCR) </w:t>
      </w:r>
      <w:r w:rsidR="00B73D28">
        <w:rPr>
          <w:rFonts w:ascii="Calibri" w:hAnsi="Calibri" w:cs="Calibri"/>
        </w:rPr>
        <w:t>team</w:t>
      </w:r>
      <w:r w:rsidRPr="00831CA8">
        <w:rPr>
          <w:rFonts w:ascii="Calibri" w:hAnsi="Calibri" w:cs="Calibri"/>
        </w:rPr>
        <w:t xml:space="preserve"> focused on how Hamilton Seventh-day Adventist School is expressing, strengthening, and sustaining its Adventist identity across the four domains of the updated review framework: </w:t>
      </w:r>
      <w:r w:rsidRPr="00B73D28">
        <w:rPr>
          <w:rFonts w:ascii="Calibri" w:hAnsi="Calibri" w:cs="Calibri"/>
          <w:i/>
          <w:iCs/>
        </w:rPr>
        <w:t>Curriculum; Teaching and Learning; Identity and Purpose; and Leadership and Culture</w:t>
      </w:r>
      <w:r w:rsidRPr="00831CA8">
        <w:rPr>
          <w:rFonts w:ascii="Calibri" w:hAnsi="Calibri" w:cs="Calibri"/>
        </w:rPr>
        <w:t>. The review considered how intentionally the school is embedding a biblical worldview, nurturing faith formation, shaping learning through Adventist belief and mission, and cultivating a Christ-</w:t>
      </w:r>
      <w:r w:rsidR="00285DEC" w:rsidRPr="00831CA8">
        <w:rPr>
          <w:rFonts w:ascii="Calibri" w:hAnsi="Calibri" w:cs="Calibri"/>
        </w:rPr>
        <w:t>cent red</w:t>
      </w:r>
      <w:r w:rsidRPr="00831CA8">
        <w:rPr>
          <w:rFonts w:ascii="Calibri" w:hAnsi="Calibri" w:cs="Calibri"/>
        </w:rPr>
        <w:t>, culturally responsive learning community.</w:t>
      </w:r>
      <w:r w:rsidRPr="00831CA8">
        <w:rPr>
          <w:rFonts w:ascii="Calibri" w:hAnsi="Calibri" w:cs="Calibri"/>
        </w:rPr>
        <w:br/>
      </w:r>
      <w:r w:rsidRPr="00831CA8">
        <w:rPr>
          <w:rFonts w:ascii="Calibri" w:hAnsi="Calibri" w:cs="Calibri"/>
        </w:rPr>
        <w:br/>
        <w:t xml:space="preserve">The </w:t>
      </w:r>
      <w:r w:rsidR="00B73D28">
        <w:rPr>
          <w:rFonts w:ascii="Calibri" w:hAnsi="Calibri" w:cs="Calibri"/>
        </w:rPr>
        <w:t>Visiting Reviewer</w:t>
      </w:r>
      <w:r w:rsidRPr="00831CA8">
        <w:rPr>
          <w:rFonts w:ascii="Calibri" w:hAnsi="Calibri" w:cs="Calibri"/>
        </w:rPr>
        <w:t xml:space="preserve"> examined evidence gathered through the school’s self-audit process, on-site interviews, classroom observations, and documentation. Particular attention was given to the degree of alignment between the school’s stated purpose, daily practice, and the lived experience of students and staff.</w:t>
      </w:r>
      <w:r w:rsidRPr="00831CA8">
        <w:rPr>
          <w:rFonts w:ascii="Calibri" w:hAnsi="Calibri" w:cs="Calibri"/>
        </w:rPr>
        <w:br/>
      </w:r>
      <w:r w:rsidRPr="00831CA8">
        <w:rPr>
          <w:rFonts w:ascii="Calibri" w:hAnsi="Calibri" w:cs="Calibri"/>
        </w:rPr>
        <w:br/>
        <w:t>This report has been prepared to support and inform:</w:t>
      </w:r>
      <w:r w:rsidRPr="00831CA8">
        <w:rPr>
          <w:rFonts w:ascii="Calibri" w:hAnsi="Calibri" w:cs="Calibri"/>
        </w:rPr>
        <w:br/>
        <w:t>• The Principal and leadership team</w:t>
      </w:r>
      <w:r w:rsidRPr="00831CA8">
        <w:rPr>
          <w:rFonts w:ascii="Calibri" w:hAnsi="Calibri" w:cs="Calibri"/>
        </w:rPr>
        <w:br/>
        <w:t>• The School Board</w:t>
      </w:r>
      <w:r w:rsidRPr="00831CA8">
        <w:rPr>
          <w:rFonts w:ascii="Calibri" w:hAnsi="Calibri" w:cs="Calibri"/>
        </w:rPr>
        <w:br/>
        <w:t>• The NZPUC Adventist Education Office</w:t>
      </w:r>
      <w:r w:rsidRPr="00831CA8">
        <w:rPr>
          <w:rFonts w:ascii="Calibri" w:hAnsi="Calibri" w:cs="Calibri"/>
        </w:rPr>
        <w:br/>
        <w:t>• The Proprietor (NZPUC) and regulatory bodies where required</w:t>
      </w:r>
      <w:r w:rsidRPr="00831CA8">
        <w:rPr>
          <w:rFonts w:ascii="Calibri" w:hAnsi="Calibri" w:cs="Calibri"/>
        </w:rPr>
        <w:br/>
      </w:r>
      <w:r w:rsidRPr="00831CA8">
        <w:rPr>
          <w:rFonts w:ascii="Calibri" w:hAnsi="Calibri" w:cs="Calibri"/>
        </w:rPr>
        <w:br/>
      </w:r>
      <w:r w:rsidRPr="00831CA8">
        <w:rPr>
          <w:rFonts w:ascii="Calibri" w:hAnsi="Calibri" w:cs="Calibri"/>
          <w:b/>
          <w:bCs/>
          <w:color w:val="365F91" w:themeColor="accent1" w:themeShade="BF"/>
          <w:sz w:val="32"/>
          <w:szCs w:val="32"/>
        </w:rPr>
        <w:t>R</w:t>
      </w:r>
      <w:r w:rsidR="00307668">
        <w:rPr>
          <w:rFonts w:ascii="Calibri" w:hAnsi="Calibri" w:cs="Calibri"/>
          <w:b/>
          <w:bCs/>
          <w:color w:val="365F91" w:themeColor="accent1" w:themeShade="BF"/>
          <w:sz w:val="32"/>
          <w:szCs w:val="32"/>
        </w:rPr>
        <w:t>ecommendation for Accreditation</w:t>
      </w:r>
      <w:r w:rsidRPr="00831CA8">
        <w:rPr>
          <w:rFonts w:ascii="Calibri" w:hAnsi="Calibri" w:cs="Calibri"/>
          <w:b/>
          <w:bCs/>
          <w:color w:val="365F91" w:themeColor="accent1" w:themeShade="BF"/>
          <w:sz w:val="32"/>
          <w:szCs w:val="32"/>
        </w:rPr>
        <w:br/>
      </w:r>
    </w:p>
    <w:p w14:paraId="55647BDA" w14:textId="0EBF3459" w:rsidR="00831CA8" w:rsidRPr="00831CA8" w:rsidRDefault="00831CA8" w:rsidP="00831CA8">
      <w:pPr>
        <w:pStyle w:val="NoSpacing"/>
        <w:rPr>
          <w:rFonts w:ascii="Calibri" w:hAnsi="Calibri" w:cs="Calibri"/>
        </w:rPr>
      </w:pPr>
      <w:r w:rsidRPr="00831CA8">
        <w:rPr>
          <w:rFonts w:ascii="Calibri" w:hAnsi="Calibri" w:cs="Calibri"/>
        </w:rPr>
        <w:t>To remain an accredited Seventh-day Adventist School in New Zealand, each school participates in a four-year Special Character Review cycle and must demonstrate: a clear commitment to Adventist identity, biblical worldview, and mission across all policies and practices; a sustained, reflective process of internal and external review; responsible stewardship of SDA educational resources to strengthen discipleship and special character</w:t>
      </w:r>
      <w:r w:rsidR="00B73D28">
        <w:rPr>
          <w:rFonts w:ascii="Calibri" w:hAnsi="Calibri" w:cs="Calibri"/>
        </w:rPr>
        <w:t>.</w:t>
      </w:r>
      <w:r w:rsidRPr="00831CA8">
        <w:rPr>
          <w:rFonts w:ascii="Calibri" w:hAnsi="Calibri" w:cs="Calibri"/>
        </w:rPr>
        <w:br/>
      </w:r>
      <w:r w:rsidRPr="00831CA8">
        <w:rPr>
          <w:rFonts w:ascii="Calibri" w:hAnsi="Calibri" w:cs="Calibri"/>
        </w:rPr>
        <w:br/>
        <w:t xml:space="preserve">Based on the evidence seen, the </w:t>
      </w:r>
      <w:r w:rsidR="00B73D28">
        <w:rPr>
          <w:rFonts w:ascii="Calibri" w:hAnsi="Calibri" w:cs="Calibri"/>
        </w:rPr>
        <w:t>V</w:t>
      </w:r>
      <w:r w:rsidRPr="00831CA8">
        <w:rPr>
          <w:rFonts w:ascii="Calibri" w:hAnsi="Calibri" w:cs="Calibri"/>
        </w:rPr>
        <w:t xml:space="preserve">isiting </w:t>
      </w:r>
      <w:r w:rsidR="00B73D28">
        <w:rPr>
          <w:rFonts w:ascii="Calibri" w:hAnsi="Calibri" w:cs="Calibri"/>
        </w:rPr>
        <w:t>R</w:t>
      </w:r>
      <w:r w:rsidRPr="00831CA8">
        <w:rPr>
          <w:rFonts w:ascii="Calibri" w:hAnsi="Calibri" w:cs="Calibri"/>
        </w:rPr>
        <w:t>eviewer recommends that Hamilton Seventh-day Adventist School be granted full accreditation for a four-year period, with a mid-cycle check conducted at the appropriate interval.</w:t>
      </w:r>
    </w:p>
    <w:p w14:paraId="1B607218" w14:textId="18B9AC8E" w:rsidR="00A0530C" w:rsidRPr="00831CA8" w:rsidRDefault="00000000">
      <w:pPr>
        <w:rPr>
          <w:rFonts w:ascii="Calibri" w:hAnsi="Calibri" w:cs="Calibri"/>
        </w:rPr>
      </w:pPr>
      <w:r w:rsidRPr="00831CA8">
        <w:rPr>
          <w:rFonts w:ascii="Calibri" w:hAnsi="Calibri" w:cs="Calibri"/>
        </w:rPr>
        <w:br w:type="page"/>
      </w:r>
    </w:p>
    <w:p w14:paraId="2041D5C4" w14:textId="067DAC9D" w:rsidR="00A0530C" w:rsidRPr="009333F6" w:rsidRDefault="00000000" w:rsidP="009333F6">
      <w:pPr>
        <w:pStyle w:val="Heading1"/>
        <w:rPr>
          <w:rFonts w:ascii="Calibri" w:hAnsi="Calibri" w:cs="Calibri"/>
          <w:sz w:val="32"/>
          <w:szCs w:val="32"/>
        </w:rPr>
      </w:pPr>
      <w:r w:rsidRPr="00307668">
        <w:rPr>
          <w:rFonts w:cstheme="majorHAnsi"/>
          <w:sz w:val="32"/>
          <w:szCs w:val="32"/>
        </w:rPr>
        <w:lastRenderedPageBreak/>
        <w:t>Domain 1: Curriculum</w:t>
      </w:r>
      <w:r w:rsidR="00602FAB" w:rsidRPr="009333F6">
        <w:rPr>
          <w:rFonts w:ascii="Calibri" w:hAnsi="Calibri" w:cs="Calibri"/>
          <w:sz w:val="32"/>
          <w:szCs w:val="32"/>
        </w:rPr>
        <w:t xml:space="preserve"> – </w:t>
      </w:r>
      <w:r w:rsidR="00602FAB" w:rsidRPr="009333F6">
        <w:rPr>
          <w:rFonts w:ascii="Calibri" w:hAnsi="Calibri" w:cs="Calibri"/>
          <w:b w:val="0"/>
          <w:bCs w:val="0"/>
          <w:sz w:val="32"/>
          <w:szCs w:val="32"/>
        </w:rPr>
        <w:t xml:space="preserve">A Story-formed </w:t>
      </w:r>
      <w:r w:rsidR="0057617B">
        <w:rPr>
          <w:rFonts w:ascii="Calibri" w:hAnsi="Calibri" w:cs="Calibri"/>
          <w:b w:val="0"/>
          <w:bCs w:val="0"/>
          <w:sz w:val="32"/>
          <w:szCs w:val="32"/>
        </w:rPr>
        <w:t>C</w:t>
      </w:r>
      <w:r w:rsidR="00602FAB" w:rsidRPr="009333F6">
        <w:rPr>
          <w:rFonts w:ascii="Calibri" w:hAnsi="Calibri" w:cs="Calibri"/>
          <w:b w:val="0"/>
          <w:bCs w:val="0"/>
          <w:sz w:val="32"/>
          <w:szCs w:val="32"/>
        </w:rPr>
        <w:t>ommunity of Learning</w:t>
      </w:r>
    </w:p>
    <w:p w14:paraId="70DDEAAE" w14:textId="77777777" w:rsidR="009333F6" w:rsidRPr="00B2710F" w:rsidRDefault="009333F6" w:rsidP="009333F6">
      <w:pPr>
        <w:rPr>
          <w:sz w:val="10"/>
          <w:szCs w:val="10"/>
        </w:rPr>
      </w:pPr>
    </w:p>
    <w:p w14:paraId="18B28CA2" w14:textId="31647A48" w:rsidR="00A0530C" w:rsidRPr="00602FAB" w:rsidRDefault="00000000">
      <w:pPr>
        <w:rPr>
          <w:rFonts w:ascii="Calibri" w:hAnsi="Calibri" w:cs="Calibri"/>
        </w:rPr>
      </w:pPr>
      <w:r w:rsidRPr="00602FAB">
        <w:rPr>
          <w:rFonts w:ascii="Calibri" w:hAnsi="Calibri" w:cs="Calibri"/>
        </w:rPr>
        <w:t>Hamilton S</w:t>
      </w:r>
      <w:r w:rsidR="00B73D28">
        <w:rPr>
          <w:rFonts w:ascii="Calibri" w:hAnsi="Calibri" w:cs="Calibri"/>
        </w:rPr>
        <w:t>eventh-day Adventist (SDA)</w:t>
      </w:r>
      <w:r w:rsidRPr="00602FAB">
        <w:rPr>
          <w:rFonts w:ascii="Calibri" w:hAnsi="Calibri" w:cs="Calibri"/>
        </w:rPr>
        <w:t xml:space="preserve"> School demonstrates a strong commitment to developing a curriculum shaped by Scripture and Adventist special character, with evidence of consistent faith integration, use of the Teaching for Transformation framework, and </w:t>
      </w:r>
      <w:r w:rsidR="00242A54">
        <w:rPr>
          <w:rFonts w:ascii="Calibri" w:hAnsi="Calibri" w:cs="Calibri"/>
        </w:rPr>
        <w:t>growing</w:t>
      </w:r>
      <w:r w:rsidRPr="00602FAB">
        <w:rPr>
          <w:rFonts w:ascii="Calibri" w:hAnsi="Calibri" w:cs="Calibri"/>
        </w:rPr>
        <w:t xml:space="preserve"> inclusion of Māori perspectives. The school is moving confidently from “Working Towards” toward “Embedding,” with clear systems in place and ongoing refinement happening across documentation and practice.</w:t>
      </w:r>
    </w:p>
    <w:p w14:paraId="14C9E0D2" w14:textId="77777777" w:rsidR="00A0530C" w:rsidRPr="00602FAB" w:rsidRDefault="00000000">
      <w:pPr>
        <w:pStyle w:val="Heading2"/>
        <w:rPr>
          <w:rFonts w:ascii="Calibri" w:hAnsi="Calibri" w:cs="Calibri"/>
        </w:rPr>
      </w:pPr>
      <w:r w:rsidRPr="00602FAB">
        <w:rPr>
          <w:rFonts w:ascii="Calibri" w:hAnsi="Calibri" w:cs="Calibri"/>
        </w:rPr>
        <w:t>Affirmations</w:t>
      </w:r>
    </w:p>
    <w:p w14:paraId="1FC29416" w14:textId="77777777" w:rsidR="00A0530C" w:rsidRPr="00602FAB" w:rsidRDefault="00000000">
      <w:pPr>
        <w:pStyle w:val="ListBullet"/>
        <w:rPr>
          <w:rFonts w:ascii="Calibri" w:hAnsi="Calibri" w:cs="Calibri"/>
        </w:rPr>
      </w:pPr>
      <w:r w:rsidRPr="00602FAB">
        <w:rPr>
          <w:rFonts w:ascii="Calibri" w:hAnsi="Calibri" w:cs="Calibri"/>
          <w:b/>
          <w:bCs/>
        </w:rPr>
        <w:t>Biblical worldview is consistently visible in planning</w:t>
      </w:r>
      <w:r w:rsidRPr="00602FAB">
        <w:rPr>
          <w:rFonts w:ascii="Calibri" w:hAnsi="Calibri" w:cs="Calibri"/>
        </w:rPr>
        <w:t>, with clear articulation of biblical foundations in curriculum documents and unit plans.</w:t>
      </w:r>
    </w:p>
    <w:p w14:paraId="06B7C186" w14:textId="28A41F36" w:rsidR="00A0530C" w:rsidRPr="00602FAB" w:rsidRDefault="00000000">
      <w:pPr>
        <w:pStyle w:val="ListBullet"/>
        <w:rPr>
          <w:rFonts w:ascii="Calibri" w:hAnsi="Calibri" w:cs="Calibri"/>
        </w:rPr>
      </w:pPr>
      <w:r w:rsidRPr="00602FAB">
        <w:rPr>
          <w:rFonts w:ascii="Calibri" w:hAnsi="Calibri" w:cs="Calibri"/>
          <w:b/>
          <w:bCs/>
        </w:rPr>
        <w:t xml:space="preserve">Teachers access, use, and update </w:t>
      </w:r>
      <w:r w:rsidR="00242A54">
        <w:rPr>
          <w:rFonts w:ascii="Calibri" w:hAnsi="Calibri" w:cs="Calibri"/>
          <w:b/>
          <w:bCs/>
        </w:rPr>
        <w:t xml:space="preserve">Bible </w:t>
      </w:r>
      <w:r w:rsidRPr="00602FAB">
        <w:rPr>
          <w:rFonts w:ascii="Calibri" w:hAnsi="Calibri" w:cs="Calibri"/>
          <w:b/>
          <w:bCs/>
        </w:rPr>
        <w:t>Encounter</w:t>
      </w:r>
      <w:r w:rsidR="00242A54">
        <w:rPr>
          <w:rFonts w:ascii="Calibri" w:hAnsi="Calibri" w:cs="Calibri"/>
          <w:b/>
          <w:bCs/>
        </w:rPr>
        <w:t xml:space="preserve"> Curriculum</w:t>
      </w:r>
      <w:r w:rsidRPr="00602FAB">
        <w:rPr>
          <w:rFonts w:ascii="Calibri" w:hAnsi="Calibri" w:cs="Calibri"/>
          <w:b/>
          <w:bCs/>
        </w:rPr>
        <w:t xml:space="preserve"> and BEC resources</w:t>
      </w:r>
      <w:r w:rsidRPr="00602FAB">
        <w:rPr>
          <w:rFonts w:ascii="Calibri" w:hAnsi="Calibri" w:cs="Calibri"/>
        </w:rPr>
        <w:t>, demonstrating good stewardship of special character materials and alignment with training expectations.</w:t>
      </w:r>
    </w:p>
    <w:p w14:paraId="5287E7A1" w14:textId="1E53BF0E" w:rsidR="00A0530C" w:rsidRPr="00602FAB" w:rsidRDefault="00000000">
      <w:pPr>
        <w:pStyle w:val="ListBullet"/>
        <w:rPr>
          <w:rFonts w:ascii="Calibri" w:hAnsi="Calibri" w:cs="Calibri"/>
        </w:rPr>
      </w:pPr>
      <w:r w:rsidRPr="00602FAB">
        <w:rPr>
          <w:rFonts w:ascii="Calibri" w:hAnsi="Calibri" w:cs="Calibri"/>
          <w:b/>
          <w:bCs/>
        </w:rPr>
        <w:t xml:space="preserve">Culturally responsive </w:t>
      </w:r>
      <w:r w:rsidR="00242A54">
        <w:rPr>
          <w:rFonts w:ascii="Calibri" w:hAnsi="Calibri" w:cs="Calibri"/>
          <w:b/>
          <w:bCs/>
        </w:rPr>
        <w:t>curriculum design is being strengthened</w:t>
      </w:r>
      <w:r w:rsidRPr="00602FAB">
        <w:rPr>
          <w:rFonts w:ascii="Calibri" w:hAnsi="Calibri" w:cs="Calibri"/>
          <w:b/>
          <w:bCs/>
        </w:rPr>
        <w:t xml:space="preserve"> </w:t>
      </w:r>
      <w:r w:rsidR="00242A54">
        <w:rPr>
          <w:rFonts w:ascii="Calibri" w:hAnsi="Calibri" w:cs="Calibri"/>
        </w:rPr>
        <w:t xml:space="preserve">with deliberate steps taken to integrate Māori perspectives </w:t>
      </w:r>
      <w:r w:rsidR="00C90B50">
        <w:rPr>
          <w:rFonts w:ascii="Calibri" w:hAnsi="Calibri" w:cs="Calibri"/>
        </w:rPr>
        <w:t xml:space="preserve">which are </w:t>
      </w:r>
      <w:r w:rsidR="00242A54">
        <w:rPr>
          <w:rFonts w:ascii="Calibri" w:hAnsi="Calibri" w:cs="Calibri"/>
        </w:rPr>
        <w:t>connected to a scripture-shaped worldview.</w:t>
      </w:r>
    </w:p>
    <w:p w14:paraId="42CDDCEF" w14:textId="77777777" w:rsidR="00A0530C" w:rsidRPr="00602FAB" w:rsidRDefault="00000000">
      <w:pPr>
        <w:pStyle w:val="ListBullet"/>
        <w:rPr>
          <w:rFonts w:ascii="Calibri" w:hAnsi="Calibri" w:cs="Calibri"/>
        </w:rPr>
      </w:pPr>
      <w:r w:rsidRPr="00602FAB">
        <w:rPr>
          <w:rFonts w:ascii="Calibri" w:hAnsi="Calibri" w:cs="Calibri"/>
          <w:b/>
          <w:bCs/>
        </w:rPr>
        <w:t>Regular review and professional development</w:t>
      </w:r>
      <w:r w:rsidRPr="00602FAB">
        <w:rPr>
          <w:rFonts w:ascii="Calibri" w:hAnsi="Calibri" w:cs="Calibri"/>
        </w:rPr>
        <w:t xml:space="preserve"> support curriculum improvement, onboarding of new staff, and consistent application of the faith integration framework.</w:t>
      </w:r>
    </w:p>
    <w:p w14:paraId="6EA1A7AB" w14:textId="0760158C" w:rsidR="00A0530C" w:rsidRPr="00602FAB" w:rsidRDefault="00B2710F">
      <w:pPr>
        <w:pStyle w:val="Heading2"/>
        <w:rPr>
          <w:rFonts w:ascii="Calibri" w:hAnsi="Calibri" w:cs="Calibri"/>
        </w:rPr>
      </w:pPr>
      <w:r>
        <w:rPr>
          <w:rFonts w:ascii="Calibri" w:hAnsi="Calibri" w:cs="Calibri"/>
        </w:rPr>
        <w:t xml:space="preserve">Future </w:t>
      </w:r>
      <w:r w:rsidR="003452B3">
        <w:rPr>
          <w:rFonts w:ascii="Calibri" w:hAnsi="Calibri" w:cs="Calibri"/>
        </w:rPr>
        <w:t>Priorities</w:t>
      </w:r>
      <w:r w:rsidRPr="00602FAB">
        <w:rPr>
          <w:rFonts w:ascii="Calibri" w:hAnsi="Calibri" w:cs="Calibri"/>
        </w:rPr>
        <w:t xml:space="preserve"> for Continued Growth</w:t>
      </w:r>
    </w:p>
    <w:p w14:paraId="4AAA4C13" w14:textId="3A2E845D" w:rsidR="00A0530C" w:rsidRPr="00602FAB" w:rsidRDefault="003452B3">
      <w:pPr>
        <w:rPr>
          <w:rFonts w:ascii="Calibri" w:hAnsi="Calibri" w:cs="Calibri"/>
        </w:rPr>
      </w:pPr>
      <w:r>
        <w:rPr>
          <w:rFonts w:ascii="Calibri" w:hAnsi="Calibri" w:cs="Calibri"/>
          <w:b/>
          <w:bCs/>
        </w:rPr>
        <w:t xml:space="preserve">Goal: </w:t>
      </w:r>
      <w:r w:rsidR="00A073B7" w:rsidRPr="009333F6">
        <w:rPr>
          <w:rFonts w:ascii="Calibri" w:hAnsi="Calibri" w:cs="Calibri"/>
          <w:b/>
          <w:bCs/>
        </w:rPr>
        <w:t>To intentionally deepen and embed expression</w:t>
      </w:r>
      <w:r w:rsidR="009333F6">
        <w:rPr>
          <w:rFonts w:ascii="Calibri" w:hAnsi="Calibri" w:cs="Calibri"/>
          <w:b/>
          <w:bCs/>
        </w:rPr>
        <w:t>s</w:t>
      </w:r>
      <w:r w:rsidR="00A073B7" w:rsidRPr="009333F6">
        <w:rPr>
          <w:rFonts w:ascii="Calibri" w:hAnsi="Calibri" w:cs="Calibri"/>
          <w:b/>
          <w:bCs/>
        </w:rPr>
        <w:t xml:space="preserve"> of tikanga Māori</w:t>
      </w:r>
      <w:r w:rsidR="00A073B7">
        <w:rPr>
          <w:rFonts w:ascii="Calibri" w:hAnsi="Calibri" w:cs="Calibri"/>
        </w:rPr>
        <w:t xml:space="preserve"> that </w:t>
      </w:r>
      <w:proofErr w:type="spellStart"/>
      <w:r w:rsidR="00A073B7">
        <w:rPr>
          <w:rFonts w:ascii="Calibri" w:hAnsi="Calibri" w:cs="Calibri"/>
        </w:rPr>
        <w:t>honour</w:t>
      </w:r>
      <w:proofErr w:type="spellEnd"/>
      <w:r w:rsidR="00A073B7">
        <w:rPr>
          <w:rFonts w:ascii="Calibri" w:hAnsi="Calibri" w:cs="Calibri"/>
        </w:rPr>
        <w:t xml:space="preserve"> and make visible Māori culture as a valued and lived part of school life, where students, families, and visitors experience belonging and hospitality shaped by both biblical and Māori values. </w:t>
      </w:r>
    </w:p>
    <w:p w14:paraId="100A0F62" w14:textId="59C9E03E" w:rsidR="00602FAB" w:rsidRPr="00C90B50" w:rsidRDefault="00602FAB" w:rsidP="00C90B50">
      <w:pPr>
        <w:pStyle w:val="NoSpacing"/>
        <w:rPr>
          <w:rFonts w:ascii="Calibri" w:hAnsi="Calibri" w:cs="Calibri"/>
          <w:b/>
          <w:bCs/>
          <w:i/>
          <w:iCs/>
          <w:lang w:eastAsia="en-GB"/>
        </w:rPr>
      </w:pPr>
      <w:r w:rsidRPr="00C90B50">
        <w:rPr>
          <w:rFonts w:ascii="Calibri" w:hAnsi="Calibri" w:cs="Calibri"/>
          <w:b/>
          <w:bCs/>
          <w:i/>
          <w:iCs/>
          <w:lang w:eastAsia="en-GB"/>
        </w:rPr>
        <w:t>Desired Outcome</w:t>
      </w:r>
      <w:r w:rsidR="00A073B7" w:rsidRPr="00C90B50">
        <w:rPr>
          <w:rFonts w:ascii="Calibri" w:hAnsi="Calibri" w:cs="Calibri"/>
          <w:b/>
          <w:bCs/>
          <w:i/>
          <w:iCs/>
          <w:lang w:eastAsia="en-GB"/>
        </w:rPr>
        <w:t>s</w:t>
      </w:r>
    </w:p>
    <w:p w14:paraId="6AB20B0D" w14:textId="77777777" w:rsidR="00C90B50" w:rsidRDefault="00C90B50" w:rsidP="00C90B50">
      <w:pPr>
        <w:pStyle w:val="NoSpacing"/>
        <w:rPr>
          <w:rFonts w:ascii="Calibri" w:hAnsi="Calibri" w:cs="Calibri"/>
          <w:lang w:eastAsia="en-GB"/>
        </w:rPr>
      </w:pPr>
    </w:p>
    <w:p w14:paraId="09669AB0" w14:textId="77777777" w:rsidR="00C90B50" w:rsidRDefault="00602FAB" w:rsidP="00C90B50">
      <w:pPr>
        <w:pStyle w:val="NoSpacing"/>
        <w:rPr>
          <w:rFonts w:ascii="Calibri" w:hAnsi="Calibri" w:cs="Calibri"/>
          <w:lang w:eastAsia="en-GB"/>
        </w:rPr>
      </w:pPr>
      <w:r w:rsidRPr="00C90B50">
        <w:rPr>
          <w:rFonts w:ascii="Calibri" w:hAnsi="Calibri" w:cs="Calibri"/>
          <w:lang w:eastAsia="en-GB"/>
        </w:rPr>
        <w:t xml:space="preserve">The school community will increasingly reflect </w:t>
      </w:r>
      <w:r w:rsidRPr="00C90B50">
        <w:rPr>
          <w:rFonts w:ascii="Calibri" w:hAnsi="Calibri" w:cs="Calibri"/>
          <w:b/>
          <w:bCs/>
          <w:lang w:eastAsia="en-GB"/>
        </w:rPr>
        <w:t>manaakitanga, whanaungatanga, and kaitiakitanga</w:t>
      </w:r>
      <w:r w:rsidRPr="00C90B50">
        <w:rPr>
          <w:rFonts w:ascii="Calibri" w:hAnsi="Calibri" w:cs="Calibri"/>
          <w:lang w:eastAsia="en-GB"/>
        </w:rPr>
        <w:t xml:space="preserve"> in daily life and curriculum. </w:t>
      </w:r>
    </w:p>
    <w:p w14:paraId="4DD174A0" w14:textId="77777777" w:rsidR="00C90B50" w:rsidRDefault="00C90B50" w:rsidP="00C90B50">
      <w:pPr>
        <w:pStyle w:val="NoSpacing"/>
        <w:rPr>
          <w:rFonts w:ascii="Calibri" w:hAnsi="Calibri" w:cs="Calibri"/>
          <w:lang w:eastAsia="en-GB"/>
        </w:rPr>
      </w:pPr>
    </w:p>
    <w:p w14:paraId="6CFCEF40" w14:textId="40490F01" w:rsidR="00602FAB" w:rsidRPr="00C90B50" w:rsidRDefault="00602FAB" w:rsidP="00C90B50">
      <w:pPr>
        <w:pStyle w:val="NoSpacing"/>
        <w:rPr>
          <w:rFonts w:ascii="Calibri" w:hAnsi="Calibri" w:cs="Calibri"/>
          <w:lang w:eastAsia="en-GB"/>
        </w:rPr>
      </w:pPr>
      <w:r w:rsidRPr="00C90B50">
        <w:rPr>
          <w:rFonts w:ascii="Calibri" w:hAnsi="Calibri" w:cs="Calibri"/>
          <w:lang w:eastAsia="en-GB"/>
        </w:rPr>
        <w:t>Māori values and biblical perspectives will be seen to enrich one another so that:</w:t>
      </w:r>
    </w:p>
    <w:p w14:paraId="3E73637C" w14:textId="77777777" w:rsidR="00602FAB" w:rsidRPr="00C90B50" w:rsidRDefault="00602FAB" w:rsidP="00C90B50">
      <w:pPr>
        <w:pStyle w:val="NoSpacing"/>
        <w:numPr>
          <w:ilvl w:val="0"/>
          <w:numId w:val="19"/>
        </w:numPr>
        <w:rPr>
          <w:rFonts w:ascii="Calibri" w:hAnsi="Calibri" w:cs="Calibri"/>
          <w:lang w:eastAsia="en-GB"/>
        </w:rPr>
      </w:pPr>
      <w:r w:rsidRPr="00C90B50">
        <w:rPr>
          <w:rFonts w:ascii="Calibri" w:hAnsi="Calibri" w:cs="Calibri"/>
          <w:lang w:eastAsia="en-GB"/>
        </w:rPr>
        <w:t xml:space="preserve">Students </w:t>
      </w:r>
      <w:proofErr w:type="spellStart"/>
      <w:r w:rsidRPr="00C90B50">
        <w:rPr>
          <w:rFonts w:ascii="Calibri" w:hAnsi="Calibri" w:cs="Calibri"/>
          <w:lang w:eastAsia="en-GB"/>
        </w:rPr>
        <w:t>recognise</w:t>
      </w:r>
      <w:proofErr w:type="spellEnd"/>
      <w:r w:rsidRPr="00C90B50">
        <w:rPr>
          <w:rFonts w:ascii="Calibri" w:hAnsi="Calibri" w:cs="Calibri"/>
          <w:lang w:eastAsia="en-GB"/>
        </w:rPr>
        <w:t xml:space="preserve"> the beauty and worth of Māori culture as part of God’s story in Aotearoa.</w:t>
      </w:r>
    </w:p>
    <w:p w14:paraId="6BBC61D6" w14:textId="77777777" w:rsidR="00602FAB" w:rsidRPr="00C90B50" w:rsidRDefault="00602FAB" w:rsidP="00C90B50">
      <w:pPr>
        <w:pStyle w:val="NoSpacing"/>
        <w:numPr>
          <w:ilvl w:val="0"/>
          <w:numId w:val="19"/>
        </w:numPr>
        <w:rPr>
          <w:rFonts w:ascii="Calibri" w:hAnsi="Calibri" w:cs="Calibri"/>
          <w:lang w:eastAsia="en-GB"/>
        </w:rPr>
      </w:pPr>
      <w:r w:rsidRPr="00C90B50">
        <w:rPr>
          <w:rFonts w:ascii="Calibri" w:hAnsi="Calibri" w:cs="Calibri"/>
          <w:lang w:eastAsia="en-GB"/>
        </w:rPr>
        <w:t>Families and visitors experience genuine hospitality and cultural respect.</w:t>
      </w:r>
    </w:p>
    <w:p w14:paraId="35024E1F" w14:textId="77777777" w:rsidR="00602FAB" w:rsidRPr="00C90B50" w:rsidRDefault="00602FAB" w:rsidP="00C90B50">
      <w:pPr>
        <w:pStyle w:val="NoSpacing"/>
        <w:numPr>
          <w:ilvl w:val="0"/>
          <w:numId w:val="19"/>
        </w:numPr>
        <w:rPr>
          <w:rFonts w:ascii="Calibri" w:hAnsi="Calibri" w:cs="Calibri"/>
          <w:lang w:eastAsia="en-GB"/>
        </w:rPr>
      </w:pPr>
      <w:r w:rsidRPr="00C90B50">
        <w:rPr>
          <w:rFonts w:ascii="Calibri" w:hAnsi="Calibri" w:cs="Calibri"/>
          <w:lang w:eastAsia="en-GB"/>
        </w:rPr>
        <w:t>Staff confidently integrate tikanga Māori within curriculum planning, worship, and community events.</w:t>
      </w:r>
    </w:p>
    <w:p w14:paraId="347BCD02" w14:textId="77777777" w:rsidR="00602FAB" w:rsidRPr="00BA3549" w:rsidRDefault="00602FAB" w:rsidP="00602FAB">
      <w:pPr>
        <w:spacing w:before="100" w:beforeAutospacing="1" w:after="100" w:afterAutospacing="1"/>
        <w:rPr>
          <w:rFonts w:ascii="Calibri" w:eastAsia="Times New Roman" w:hAnsi="Calibri" w:cs="Calibri"/>
          <w:i/>
          <w:iCs/>
          <w:color w:val="000000" w:themeColor="text1"/>
          <w:lang w:eastAsia="en-GB"/>
        </w:rPr>
      </w:pPr>
      <w:r w:rsidRPr="00BA3549">
        <w:rPr>
          <w:rFonts w:ascii="Calibri" w:eastAsia="Times New Roman" w:hAnsi="Calibri" w:cs="Calibri"/>
          <w:b/>
          <w:bCs/>
          <w:i/>
          <w:iCs/>
          <w:color w:val="000000" w:themeColor="text1"/>
          <w:lang w:eastAsia="en-GB"/>
        </w:rPr>
        <w:t>Specific Actions</w:t>
      </w:r>
    </w:p>
    <w:p w14:paraId="72146418" w14:textId="5E7A3555" w:rsidR="00602FAB" w:rsidRPr="00B2710F" w:rsidRDefault="00602FAB" w:rsidP="009333F6">
      <w:pPr>
        <w:numPr>
          <w:ilvl w:val="0"/>
          <w:numId w:val="11"/>
        </w:numPr>
        <w:spacing w:before="100" w:beforeAutospacing="1" w:after="100" w:afterAutospacing="1" w:line="240" w:lineRule="auto"/>
        <w:rPr>
          <w:rFonts w:ascii="Calibri" w:eastAsia="Times New Roman" w:hAnsi="Calibri" w:cs="Calibri"/>
          <w:color w:val="000000" w:themeColor="text1"/>
          <w:lang w:eastAsia="en-GB"/>
        </w:rPr>
      </w:pPr>
      <w:r w:rsidRPr="00B2710F">
        <w:rPr>
          <w:rFonts w:ascii="Calibri" w:eastAsia="Times New Roman" w:hAnsi="Calibri" w:cs="Calibri"/>
          <w:b/>
          <w:bCs/>
          <w:color w:val="000000" w:themeColor="text1"/>
          <w:lang w:eastAsia="en-GB"/>
        </w:rPr>
        <w:t xml:space="preserve">Develop cultural protocols for welcoming and hosting visitors (Pōwhiri and </w:t>
      </w:r>
      <w:proofErr w:type="spellStart"/>
      <w:r w:rsidRPr="00B2710F">
        <w:rPr>
          <w:rFonts w:ascii="Calibri" w:eastAsia="Times New Roman" w:hAnsi="Calibri" w:cs="Calibri"/>
          <w:b/>
          <w:bCs/>
          <w:color w:val="000000" w:themeColor="text1"/>
          <w:lang w:eastAsia="en-GB"/>
        </w:rPr>
        <w:t>Whakatau</w:t>
      </w:r>
      <w:proofErr w:type="spellEnd"/>
      <w:r w:rsidRPr="00B2710F">
        <w:rPr>
          <w:rFonts w:ascii="Calibri" w:eastAsia="Times New Roman" w:hAnsi="Calibri" w:cs="Calibri"/>
          <w:b/>
          <w:bCs/>
          <w:color w:val="000000" w:themeColor="text1"/>
          <w:lang w:eastAsia="en-GB"/>
        </w:rPr>
        <w:t>)</w:t>
      </w:r>
      <w:r w:rsidR="009333F6" w:rsidRPr="00B2710F">
        <w:rPr>
          <w:rFonts w:ascii="Calibri" w:eastAsia="Times New Roman" w:hAnsi="Calibri" w:cs="Calibri"/>
          <w:b/>
          <w:bCs/>
          <w:color w:val="000000" w:themeColor="text1"/>
          <w:lang w:eastAsia="en-GB"/>
        </w:rPr>
        <w:t xml:space="preserve">: </w:t>
      </w:r>
      <w:r w:rsidRPr="00B2710F">
        <w:rPr>
          <w:rFonts w:ascii="Calibri" w:eastAsia="Times New Roman" w:hAnsi="Calibri" w:cs="Calibri"/>
          <w:color w:val="000000" w:themeColor="text1"/>
          <w:lang w:eastAsia="en-GB"/>
        </w:rPr>
        <w:t>Partner with local iwi or Māori advisors to ensure authenticity and respect; build staff and student confidence to lead and participate.</w:t>
      </w:r>
    </w:p>
    <w:p w14:paraId="208FE313" w14:textId="52E0F424" w:rsidR="00602FAB" w:rsidRPr="009333F6" w:rsidRDefault="00602FAB" w:rsidP="009333F6">
      <w:pPr>
        <w:numPr>
          <w:ilvl w:val="0"/>
          <w:numId w:val="11"/>
        </w:numPr>
        <w:spacing w:before="100" w:beforeAutospacing="1" w:after="100" w:afterAutospacing="1" w:line="240" w:lineRule="auto"/>
        <w:rPr>
          <w:rFonts w:ascii="Calibri" w:eastAsia="Times New Roman" w:hAnsi="Calibri" w:cs="Calibri"/>
          <w:lang w:eastAsia="en-GB"/>
        </w:rPr>
      </w:pPr>
      <w:r w:rsidRPr="00B2710F">
        <w:rPr>
          <w:rFonts w:ascii="Calibri" w:eastAsia="Times New Roman" w:hAnsi="Calibri" w:cs="Calibri"/>
          <w:b/>
          <w:bCs/>
          <w:color w:val="000000" w:themeColor="text1"/>
          <w:lang w:eastAsia="en-GB"/>
        </w:rPr>
        <w:t>Integrate Māori values and concepts explicitly into curriculum documentation and classroom practice</w:t>
      </w:r>
      <w:r w:rsidR="009333F6" w:rsidRPr="00B2710F">
        <w:rPr>
          <w:rFonts w:ascii="Calibri" w:eastAsia="Times New Roman" w:hAnsi="Calibri" w:cs="Calibri"/>
          <w:b/>
          <w:bCs/>
          <w:color w:val="000000" w:themeColor="text1"/>
          <w:lang w:eastAsia="en-GB"/>
        </w:rPr>
        <w:t xml:space="preserve">: </w:t>
      </w:r>
      <w:r w:rsidRPr="00B2710F">
        <w:rPr>
          <w:rFonts w:ascii="Calibri" w:eastAsia="Times New Roman" w:hAnsi="Calibri" w:cs="Calibri"/>
          <w:color w:val="000000" w:themeColor="text1"/>
          <w:lang w:eastAsia="en-GB"/>
        </w:rPr>
        <w:t xml:space="preserve">Revise planning </w:t>
      </w:r>
      <w:r w:rsidR="009333F6" w:rsidRPr="00B2710F">
        <w:rPr>
          <w:rFonts w:ascii="Calibri" w:eastAsia="Times New Roman" w:hAnsi="Calibri" w:cs="Calibri"/>
          <w:color w:val="000000" w:themeColor="text1"/>
          <w:lang w:eastAsia="en-GB"/>
        </w:rPr>
        <w:t xml:space="preserve">processes </w:t>
      </w:r>
      <w:r w:rsidR="009333F6">
        <w:rPr>
          <w:rFonts w:ascii="Calibri" w:eastAsia="Times New Roman" w:hAnsi="Calibri" w:cs="Calibri"/>
          <w:lang w:eastAsia="en-GB"/>
        </w:rPr>
        <w:t>and templates</w:t>
      </w:r>
      <w:r w:rsidRPr="009333F6">
        <w:rPr>
          <w:rFonts w:ascii="Calibri" w:eastAsia="Times New Roman" w:hAnsi="Calibri" w:cs="Calibri"/>
          <w:lang w:eastAsia="en-GB"/>
        </w:rPr>
        <w:t xml:space="preserve"> to include prompts for whakapapa, manaakitanga, and kaitiakitanga alongside biblical connections.</w:t>
      </w:r>
    </w:p>
    <w:p w14:paraId="02353F9C" w14:textId="5E9AECB6" w:rsidR="00A0530C" w:rsidRPr="009333F6" w:rsidRDefault="00602FAB" w:rsidP="009333F6">
      <w:pPr>
        <w:numPr>
          <w:ilvl w:val="0"/>
          <w:numId w:val="11"/>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Provide professional learning and whānau engagement opportunities</w:t>
      </w:r>
      <w:r w:rsidR="0057617B">
        <w:rPr>
          <w:rFonts w:ascii="Calibri" w:eastAsia="Times New Roman" w:hAnsi="Calibri" w:cs="Calibri"/>
          <w:b/>
          <w:bCs/>
          <w:lang w:eastAsia="en-GB"/>
        </w:rPr>
        <w:t xml:space="preserve">: </w:t>
      </w:r>
      <w:r w:rsidRPr="009333F6">
        <w:rPr>
          <w:rFonts w:ascii="Calibri" w:eastAsia="Times New Roman" w:hAnsi="Calibri" w:cs="Calibri"/>
          <w:lang w:eastAsia="en-GB"/>
        </w:rPr>
        <w:t>Offer annual staff workshops and invite whānau to contribute to planning and events expressing shared value</w:t>
      </w:r>
      <w:r w:rsidRPr="009333F6">
        <w:rPr>
          <w:rFonts w:ascii="Calibri" w:hAnsi="Calibri" w:cs="Calibri"/>
        </w:rPr>
        <w:br w:type="page"/>
      </w:r>
    </w:p>
    <w:p w14:paraId="151D926D" w14:textId="2A8723A2" w:rsidR="00B2710F" w:rsidRPr="00B2710F" w:rsidRDefault="00000000" w:rsidP="00B2710F">
      <w:pPr>
        <w:pStyle w:val="Heading1"/>
        <w:rPr>
          <w:rFonts w:ascii="Calibri" w:hAnsi="Calibri" w:cs="Calibri"/>
          <w:sz w:val="32"/>
          <w:szCs w:val="32"/>
        </w:rPr>
      </w:pPr>
      <w:r w:rsidRPr="00B2710F">
        <w:rPr>
          <w:rFonts w:ascii="Calibri" w:hAnsi="Calibri" w:cs="Calibri"/>
          <w:sz w:val="32"/>
          <w:szCs w:val="32"/>
        </w:rPr>
        <w:lastRenderedPageBreak/>
        <w:t>Domain 2: Teaching &amp; Learning</w:t>
      </w:r>
      <w:r w:rsidR="00602FAB" w:rsidRPr="00B2710F">
        <w:rPr>
          <w:rFonts w:ascii="Calibri" w:hAnsi="Calibri" w:cs="Calibri"/>
          <w:sz w:val="32"/>
          <w:szCs w:val="32"/>
        </w:rPr>
        <w:t xml:space="preserve"> – </w:t>
      </w:r>
      <w:r w:rsidR="00602FAB" w:rsidRPr="00B2710F">
        <w:rPr>
          <w:rFonts w:ascii="Calibri" w:hAnsi="Calibri" w:cs="Calibri"/>
          <w:b w:val="0"/>
          <w:bCs w:val="0"/>
          <w:sz w:val="32"/>
          <w:szCs w:val="32"/>
        </w:rPr>
        <w:t>A Mission-focused Community of Learning</w:t>
      </w:r>
    </w:p>
    <w:p w14:paraId="3FEDF7A1" w14:textId="77777777" w:rsidR="00B2710F" w:rsidRPr="00B2710F" w:rsidRDefault="00B2710F" w:rsidP="00B2710F">
      <w:pPr>
        <w:rPr>
          <w:sz w:val="10"/>
          <w:szCs w:val="10"/>
        </w:rPr>
      </w:pPr>
    </w:p>
    <w:p w14:paraId="3B1F035B" w14:textId="1F5EDBA9" w:rsidR="00A0530C" w:rsidRPr="00602FAB" w:rsidRDefault="00000000">
      <w:pPr>
        <w:rPr>
          <w:rFonts w:ascii="Calibri" w:hAnsi="Calibri" w:cs="Calibri"/>
        </w:rPr>
      </w:pPr>
      <w:r w:rsidRPr="00602FAB">
        <w:rPr>
          <w:rFonts w:ascii="Calibri" w:hAnsi="Calibri" w:cs="Calibri"/>
        </w:rPr>
        <w:t>Teaching and learning at Hamilton SDA School reflect a warm, relational culture grounded in Christian faith, pastoral care, and discipleship. Students experience inclusive, respectful classrooms, and teachers are increasingly confident in weaving biblical worldview into learning. Evidence suggests strong development toward “Embedding,” with notable strengths in relationships, culture, and student agency.</w:t>
      </w:r>
    </w:p>
    <w:p w14:paraId="2FD09193" w14:textId="77777777" w:rsidR="00A0530C" w:rsidRPr="00602FAB" w:rsidRDefault="00000000">
      <w:pPr>
        <w:pStyle w:val="Heading2"/>
        <w:rPr>
          <w:rFonts w:ascii="Calibri" w:hAnsi="Calibri" w:cs="Calibri"/>
        </w:rPr>
      </w:pPr>
      <w:r w:rsidRPr="00602FAB">
        <w:rPr>
          <w:rFonts w:ascii="Calibri" w:hAnsi="Calibri" w:cs="Calibri"/>
        </w:rPr>
        <w:t>Affirmations</w:t>
      </w:r>
    </w:p>
    <w:p w14:paraId="6F6D943C" w14:textId="77777777" w:rsidR="00A0530C" w:rsidRPr="00602FAB" w:rsidRDefault="00000000">
      <w:pPr>
        <w:pStyle w:val="ListBullet"/>
        <w:rPr>
          <w:rFonts w:ascii="Calibri" w:hAnsi="Calibri" w:cs="Calibri"/>
        </w:rPr>
      </w:pPr>
      <w:r w:rsidRPr="00602FAB">
        <w:rPr>
          <w:rFonts w:ascii="Calibri" w:hAnsi="Calibri" w:cs="Calibri"/>
          <w:b/>
          <w:bCs/>
        </w:rPr>
        <w:t>Classroom culture is consistently warm, inclusive, and restorative,</w:t>
      </w:r>
      <w:r w:rsidRPr="00602FAB">
        <w:rPr>
          <w:rFonts w:ascii="Calibri" w:hAnsi="Calibri" w:cs="Calibri"/>
        </w:rPr>
        <w:t xml:space="preserve"> reflecting the values of God’s kingdom and honouring each student’s cultural identity.</w:t>
      </w:r>
    </w:p>
    <w:p w14:paraId="59DCA7D9" w14:textId="77777777" w:rsidR="00A0530C" w:rsidRPr="00602FAB" w:rsidRDefault="00000000">
      <w:pPr>
        <w:pStyle w:val="ListBullet"/>
        <w:rPr>
          <w:rFonts w:ascii="Calibri" w:hAnsi="Calibri" w:cs="Calibri"/>
        </w:rPr>
      </w:pPr>
      <w:r w:rsidRPr="00602FAB">
        <w:rPr>
          <w:rFonts w:ascii="Calibri" w:hAnsi="Calibri" w:cs="Calibri"/>
          <w:b/>
          <w:bCs/>
        </w:rPr>
        <w:t>Teachers demonstrate a ministry mindset</w:t>
      </w:r>
      <w:r w:rsidRPr="00602FAB">
        <w:rPr>
          <w:rFonts w:ascii="Calibri" w:hAnsi="Calibri" w:cs="Calibri"/>
        </w:rPr>
        <w:t>, integrating prayer, pastoral care, and Christlike modelling into daily practice.</w:t>
      </w:r>
    </w:p>
    <w:p w14:paraId="012018D0" w14:textId="77777777" w:rsidR="00A0530C" w:rsidRPr="00602FAB" w:rsidRDefault="00000000">
      <w:pPr>
        <w:pStyle w:val="ListBullet"/>
        <w:rPr>
          <w:rFonts w:ascii="Calibri" w:hAnsi="Calibri" w:cs="Calibri"/>
        </w:rPr>
      </w:pPr>
      <w:r w:rsidRPr="00602FAB">
        <w:rPr>
          <w:rFonts w:ascii="Calibri" w:hAnsi="Calibri" w:cs="Calibri"/>
          <w:b/>
          <w:bCs/>
        </w:rPr>
        <w:t>Students are engaged in leadership, service, and purposeful learning</w:t>
      </w:r>
      <w:r w:rsidRPr="00602FAB">
        <w:rPr>
          <w:rFonts w:ascii="Calibri" w:hAnsi="Calibri" w:cs="Calibri"/>
        </w:rPr>
        <w:t>, with growing opportunities for real-world formational learning.</w:t>
      </w:r>
    </w:p>
    <w:p w14:paraId="47648308" w14:textId="77777777" w:rsidR="00A0530C" w:rsidRPr="00602FAB" w:rsidRDefault="00000000">
      <w:pPr>
        <w:pStyle w:val="ListBullet"/>
        <w:rPr>
          <w:rFonts w:ascii="Calibri" w:hAnsi="Calibri" w:cs="Calibri"/>
        </w:rPr>
      </w:pPr>
      <w:r w:rsidRPr="00602FAB">
        <w:rPr>
          <w:rFonts w:ascii="Calibri" w:hAnsi="Calibri" w:cs="Calibri"/>
          <w:b/>
          <w:bCs/>
        </w:rPr>
        <w:t>Assessment and reflection practices show evidence of faith formation,</w:t>
      </w:r>
      <w:r w:rsidRPr="00602FAB">
        <w:rPr>
          <w:rFonts w:ascii="Calibri" w:hAnsi="Calibri" w:cs="Calibri"/>
        </w:rPr>
        <w:t xml:space="preserve"> with students able to articulate biblical connections in their learning.</w:t>
      </w:r>
    </w:p>
    <w:p w14:paraId="7603AED5" w14:textId="25AA4C3B" w:rsidR="00A0530C" w:rsidRPr="00602FAB" w:rsidRDefault="00B2710F">
      <w:pPr>
        <w:pStyle w:val="Heading2"/>
        <w:rPr>
          <w:rFonts w:ascii="Calibri" w:hAnsi="Calibri" w:cs="Calibri"/>
        </w:rPr>
      </w:pPr>
      <w:r>
        <w:rPr>
          <w:rFonts w:ascii="Calibri" w:hAnsi="Calibri" w:cs="Calibri"/>
        </w:rPr>
        <w:t xml:space="preserve">Future </w:t>
      </w:r>
      <w:r w:rsidR="003452B3">
        <w:rPr>
          <w:rFonts w:ascii="Calibri" w:hAnsi="Calibri" w:cs="Calibri"/>
        </w:rPr>
        <w:t>Priorities</w:t>
      </w:r>
      <w:r>
        <w:rPr>
          <w:rFonts w:ascii="Calibri" w:hAnsi="Calibri" w:cs="Calibri"/>
        </w:rPr>
        <w:t xml:space="preserve"> for</w:t>
      </w:r>
      <w:r w:rsidRPr="00602FAB">
        <w:rPr>
          <w:rFonts w:ascii="Calibri" w:hAnsi="Calibri" w:cs="Calibri"/>
        </w:rPr>
        <w:t xml:space="preserve"> Continued Growth</w:t>
      </w:r>
    </w:p>
    <w:p w14:paraId="06572063" w14:textId="6C0C1B79" w:rsidR="00A0530C" w:rsidRPr="00602FAB" w:rsidRDefault="003452B3">
      <w:pPr>
        <w:rPr>
          <w:rFonts w:ascii="Calibri" w:hAnsi="Calibri" w:cs="Calibri"/>
        </w:rPr>
      </w:pPr>
      <w:r>
        <w:rPr>
          <w:rFonts w:ascii="Calibri" w:hAnsi="Calibri" w:cs="Calibri"/>
          <w:b/>
          <w:bCs/>
        </w:rPr>
        <w:t xml:space="preserve">Goal: </w:t>
      </w:r>
      <w:r w:rsidR="009333F6" w:rsidRPr="009333F6">
        <w:rPr>
          <w:rFonts w:ascii="Calibri" w:hAnsi="Calibri" w:cs="Calibri"/>
          <w:b/>
          <w:bCs/>
        </w:rPr>
        <w:t xml:space="preserve">To work towards the full implementation of the Teaching for Transformation </w:t>
      </w:r>
      <w:r w:rsidR="009333F6">
        <w:rPr>
          <w:rFonts w:ascii="Calibri" w:hAnsi="Calibri" w:cs="Calibri"/>
          <w:b/>
          <w:bCs/>
        </w:rPr>
        <w:t xml:space="preserve">(TfT) </w:t>
      </w:r>
      <w:r w:rsidR="009333F6" w:rsidRPr="009333F6">
        <w:rPr>
          <w:rFonts w:ascii="Calibri" w:hAnsi="Calibri" w:cs="Calibri"/>
          <w:b/>
          <w:bCs/>
        </w:rPr>
        <w:t>framework,</w:t>
      </w:r>
      <w:r w:rsidR="009333F6">
        <w:rPr>
          <w:rFonts w:ascii="Calibri" w:hAnsi="Calibri" w:cs="Calibri"/>
        </w:rPr>
        <w:t xml:space="preserve"> ensuring that teaching and learning intentionally forms students who live out God’s story and participate in His redemptive work in the world.</w:t>
      </w:r>
    </w:p>
    <w:p w14:paraId="67AFF65F" w14:textId="7B9155C6" w:rsidR="00602FAB" w:rsidRPr="00C90B50" w:rsidRDefault="00602FAB" w:rsidP="00C90B50">
      <w:pPr>
        <w:pStyle w:val="NoSpacing"/>
        <w:rPr>
          <w:rFonts w:ascii="Calibri" w:hAnsi="Calibri" w:cs="Calibri"/>
          <w:b/>
          <w:bCs/>
          <w:i/>
          <w:iCs/>
          <w:lang w:eastAsia="en-GB"/>
        </w:rPr>
      </w:pPr>
      <w:r w:rsidRPr="00C90B50">
        <w:rPr>
          <w:rFonts w:ascii="Calibri" w:hAnsi="Calibri" w:cs="Calibri"/>
          <w:b/>
          <w:bCs/>
          <w:i/>
          <w:iCs/>
          <w:lang w:eastAsia="en-GB"/>
        </w:rPr>
        <w:t>Desired Outcome</w:t>
      </w:r>
      <w:r w:rsidR="009333F6" w:rsidRPr="00C90B50">
        <w:rPr>
          <w:rFonts w:ascii="Calibri" w:hAnsi="Calibri" w:cs="Calibri"/>
          <w:b/>
          <w:bCs/>
          <w:i/>
          <w:iCs/>
          <w:lang w:eastAsia="en-GB"/>
        </w:rPr>
        <w:t>s</w:t>
      </w:r>
    </w:p>
    <w:p w14:paraId="0A6F22CE" w14:textId="77777777" w:rsidR="00C90B50" w:rsidRDefault="00C90B50" w:rsidP="00C90B50">
      <w:pPr>
        <w:pStyle w:val="NoSpacing"/>
        <w:rPr>
          <w:rFonts w:ascii="Calibri" w:hAnsi="Calibri" w:cs="Calibri"/>
          <w:lang w:eastAsia="en-GB"/>
        </w:rPr>
      </w:pPr>
    </w:p>
    <w:p w14:paraId="208AC13F" w14:textId="107598AF" w:rsidR="009333F6" w:rsidRDefault="009333F6" w:rsidP="00C90B50">
      <w:pPr>
        <w:pStyle w:val="NoSpacing"/>
        <w:rPr>
          <w:rFonts w:ascii="Calibri" w:hAnsi="Calibri" w:cs="Calibri"/>
          <w:lang w:eastAsia="en-GB"/>
        </w:rPr>
      </w:pPr>
      <w:r w:rsidRPr="00C90B50">
        <w:rPr>
          <w:rFonts w:ascii="Calibri" w:hAnsi="Calibri" w:cs="Calibri"/>
          <w:lang w:eastAsia="en-GB"/>
        </w:rPr>
        <w:t xml:space="preserve">Teachers </w:t>
      </w:r>
      <w:r w:rsidRPr="00C90B50">
        <w:rPr>
          <w:rFonts w:ascii="Calibri" w:hAnsi="Calibri" w:cs="Calibri"/>
          <w:b/>
          <w:bCs/>
          <w:lang w:eastAsia="en-GB"/>
        </w:rPr>
        <w:t>plan and reflect through TfT lenses</w:t>
      </w:r>
      <w:r w:rsidRPr="00C90B50">
        <w:rPr>
          <w:rFonts w:ascii="Calibri" w:hAnsi="Calibri" w:cs="Calibri"/>
          <w:lang w:eastAsia="en-GB"/>
        </w:rPr>
        <w:t>, fostering classrooms where students not only learn about the world but also learn to live faithfully and transform it.</w:t>
      </w:r>
    </w:p>
    <w:p w14:paraId="0EE5D45D" w14:textId="77777777" w:rsidR="00C90B50" w:rsidRPr="00C90B50" w:rsidRDefault="00C90B50" w:rsidP="00C90B50">
      <w:pPr>
        <w:pStyle w:val="NoSpacing"/>
        <w:rPr>
          <w:rFonts w:ascii="Calibri" w:hAnsi="Calibri" w:cs="Calibri"/>
          <w:lang w:eastAsia="en-GB"/>
        </w:rPr>
      </w:pPr>
    </w:p>
    <w:p w14:paraId="648B8788" w14:textId="77777777" w:rsidR="00602FAB" w:rsidRPr="00C90B50" w:rsidRDefault="00602FAB" w:rsidP="00C90B50">
      <w:pPr>
        <w:pStyle w:val="NoSpacing"/>
        <w:rPr>
          <w:rFonts w:ascii="Calibri" w:hAnsi="Calibri" w:cs="Calibri"/>
          <w:lang w:eastAsia="en-GB"/>
        </w:rPr>
      </w:pPr>
      <w:r w:rsidRPr="00C90B50">
        <w:rPr>
          <w:rFonts w:ascii="Calibri" w:hAnsi="Calibri" w:cs="Calibri"/>
          <w:lang w:eastAsia="en-GB"/>
        </w:rPr>
        <w:t>Teaching and learning will be intentionally shaped by the TfT framework, so that students:</w:t>
      </w:r>
    </w:p>
    <w:p w14:paraId="57DB5142" w14:textId="77777777" w:rsidR="00602FAB" w:rsidRPr="00C90B50" w:rsidRDefault="00602FAB" w:rsidP="00C90B50">
      <w:pPr>
        <w:pStyle w:val="NoSpacing"/>
        <w:numPr>
          <w:ilvl w:val="0"/>
          <w:numId w:val="20"/>
        </w:numPr>
        <w:rPr>
          <w:rFonts w:ascii="Calibri" w:hAnsi="Calibri" w:cs="Calibri"/>
          <w:lang w:eastAsia="en-GB"/>
        </w:rPr>
      </w:pPr>
      <w:r w:rsidRPr="00C90B50">
        <w:rPr>
          <w:rFonts w:ascii="Calibri" w:hAnsi="Calibri" w:cs="Calibri"/>
          <w:lang w:eastAsia="en-GB"/>
        </w:rPr>
        <w:t>Understand they are part of God’s Big Story of restoration and hope.</w:t>
      </w:r>
    </w:p>
    <w:p w14:paraId="13C93D8D" w14:textId="77777777" w:rsidR="00602FAB" w:rsidRPr="00C90B50" w:rsidRDefault="00602FAB" w:rsidP="00C90B50">
      <w:pPr>
        <w:pStyle w:val="NoSpacing"/>
        <w:numPr>
          <w:ilvl w:val="0"/>
          <w:numId w:val="20"/>
        </w:numPr>
        <w:rPr>
          <w:rFonts w:ascii="Calibri" w:hAnsi="Calibri" w:cs="Calibri"/>
          <w:lang w:eastAsia="en-GB"/>
        </w:rPr>
      </w:pPr>
      <w:r w:rsidRPr="00C90B50">
        <w:rPr>
          <w:rFonts w:ascii="Calibri" w:hAnsi="Calibri" w:cs="Calibri"/>
          <w:lang w:eastAsia="en-GB"/>
        </w:rPr>
        <w:t>Engage in learning that transforms their thinking, relationships, and actions.</w:t>
      </w:r>
    </w:p>
    <w:p w14:paraId="2A4B0545" w14:textId="7B440174" w:rsidR="00602FAB" w:rsidRPr="00C90B50" w:rsidRDefault="00602FAB" w:rsidP="00C90B50">
      <w:pPr>
        <w:pStyle w:val="NoSpacing"/>
        <w:numPr>
          <w:ilvl w:val="0"/>
          <w:numId w:val="20"/>
        </w:numPr>
        <w:rPr>
          <w:rFonts w:ascii="Calibri" w:hAnsi="Calibri" w:cs="Calibri"/>
          <w:lang w:eastAsia="en-GB"/>
        </w:rPr>
      </w:pPr>
      <w:r w:rsidRPr="00C90B50">
        <w:rPr>
          <w:rFonts w:ascii="Calibri" w:hAnsi="Calibri" w:cs="Calibri"/>
          <w:lang w:eastAsia="en-GB"/>
        </w:rPr>
        <w:t xml:space="preserve">Are equipped to </w:t>
      </w:r>
      <w:r w:rsidR="00285DEC" w:rsidRPr="00C90B50">
        <w:rPr>
          <w:rFonts w:ascii="Calibri" w:hAnsi="Calibri" w:cs="Calibri"/>
          <w:lang w:eastAsia="en-GB"/>
        </w:rPr>
        <w:t>practi</w:t>
      </w:r>
      <w:r w:rsidR="00285DEC">
        <w:rPr>
          <w:rFonts w:ascii="Calibri" w:hAnsi="Calibri" w:cs="Calibri"/>
          <w:lang w:eastAsia="en-GB"/>
        </w:rPr>
        <w:t>c</w:t>
      </w:r>
      <w:r w:rsidR="00285DEC" w:rsidRPr="00C90B50">
        <w:rPr>
          <w:rFonts w:ascii="Calibri" w:hAnsi="Calibri" w:cs="Calibri"/>
          <w:lang w:eastAsia="en-GB"/>
        </w:rPr>
        <w:t>e</w:t>
      </w:r>
      <w:r w:rsidRPr="00C90B50">
        <w:rPr>
          <w:rFonts w:ascii="Calibri" w:hAnsi="Calibri" w:cs="Calibri"/>
          <w:lang w:eastAsia="en-GB"/>
        </w:rPr>
        <w:t xml:space="preserve"> faithful presence and participate in God’s work of renewal in their communities and the wider world.</w:t>
      </w:r>
    </w:p>
    <w:p w14:paraId="3157AC60" w14:textId="77777777" w:rsidR="00602FAB" w:rsidRPr="00BA3549" w:rsidRDefault="00602FAB" w:rsidP="00602FAB">
      <w:pPr>
        <w:spacing w:before="100" w:beforeAutospacing="1" w:after="100" w:afterAutospacing="1"/>
        <w:rPr>
          <w:rFonts w:ascii="Calibri" w:eastAsia="Times New Roman" w:hAnsi="Calibri" w:cs="Calibri"/>
          <w:i/>
          <w:iCs/>
          <w:lang w:eastAsia="en-GB"/>
        </w:rPr>
      </w:pPr>
      <w:r w:rsidRPr="00BA3549">
        <w:rPr>
          <w:rFonts w:ascii="Calibri" w:eastAsia="Times New Roman" w:hAnsi="Calibri" w:cs="Calibri"/>
          <w:b/>
          <w:bCs/>
          <w:i/>
          <w:iCs/>
          <w:lang w:eastAsia="en-GB"/>
        </w:rPr>
        <w:t>Specific Actions</w:t>
      </w:r>
    </w:p>
    <w:p w14:paraId="48F56B1A" w14:textId="1D3B0FF3" w:rsidR="00602FAB" w:rsidRPr="009333F6" w:rsidRDefault="00602FAB" w:rsidP="009333F6">
      <w:pPr>
        <w:numPr>
          <w:ilvl w:val="0"/>
          <w:numId w:val="13"/>
        </w:numPr>
        <w:spacing w:before="100" w:beforeAutospacing="1" w:after="100" w:afterAutospacing="1" w:line="240" w:lineRule="auto"/>
        <w:rPr>
          <w:rFonts w:ascii="Calibri" w:eastAsia="Times New Roman" w:hAnsi="Calibri" w:cs="Calibri"/>
          <w:color w:val="000000" w:themeColor="text1"/>
          <w:lang w:eastAsia="en-GB"/>
        </w:rPr>
      </w:pPr>
      <w:r w:rsidRPr="009333F6">
        <w:rPr>
          <w:rFonts w:ascii="Calibri" w:eastAsia="Times New Roman" w:hAnsi="Calibri" w:cs="Calibri"/>
          <w:b/>
          <w:bCs/>
          <w:color w:val="000000" w:themeColor="text1"/>
          <w:lang w:eastAsia="en-GB"/>
        </w:rPr>
        <w:t>Build teacher capacity and shared understanding of the TfT framework</w:t>
      </w:r>
      <w:r w:rsidR="009333F6" w:rsidRPr="009333F6">
        <w:rPr>
          <w:rFonts w:ascii="Calibri" w:eastAsia="Times New Roman" w:hAnsi="Calibri" w:cs="Calibri"/>
          <w:b/>
          <w:bCs/>
          <w:color w:val="000000" w:themeColor="text1"/>
          <w:lang w:eastAsia="en-GB"/>
        </w:rPr>
        <w:t xml:space="preserve">: </w:t>
      </w:r>
      <w:r w:rsidRPr="009333F6">
        <w:rPr>
          <w:rFonts w:ascii="Calibri" w:eastAsia="Times New Roman" w:hAnsi="Calibri" w:cs="Calibri"/>
          <w:color w:val="000000" w:themeColor="text1"/>
          <w:lang w:eastAsia="en-GB"/>
        </w:rPr>
        <w:t>Provide workshops and mentoring on Deep Hope, Storyline, Throughlines, and FLEx; use peer observations to share practice.</w:t>
      </w:r>
    </w:p>
    <w:p w14:paraId="3C760E54" w14:textId="63F559C6" w:rsidR="00602FAB" w:rsidRPr="009333F6" w:rsidRDefault="00602FAB" w:rsidP="009333F6">
      <w:pPr>
        <w:numPr>
          <w:ilvl w:val="0"/>
          <w:numId w:val="13"/>
        </w:numPr>
        <w:spacing w:before="100" w:beforeAutospacing="1" w:after="100" w:afterAutospacing="1" w:line="240" w:lineRule="auto"/>
        <w:rPr>
          <w:rFonts w:ascii="Calibri" w:eastAsia="Times New Roman" w:hAnsi="Calibri" w:cs="Calibri"/>
          <w:color w:val="000000" w:themeColor="text1"/>
          <w:lang w:eastAsia="en-GB"/>
        </w:rPr>
      </w:pPr>
      <w:r w:rsidRPr="009333F6">
        <w:rPr>
          <w:rFonts w:ascii="Calibri" w:eastAsia="Times New Roman" w:hAnsi="Calibri" w:cs="Calibri"/>
          <w:b/>
          <w:bCs/>
          <w:color w:val="000000" w:themeColor="text1"/>
          <w:lang w:eastAsia="en-GB"/>
        </w:rPr>
        <w:t>Embed TfT planning tools and language in all teaching documentation</w:t>
      </w:r>
      <w:r w:rsidR="009333F6" w:rsidRPr="009333F6">
        <w:rPr>
          <w:rFonts w:ascii="Calibri" w:eastAsia="Times New Roman" w:hAnsi="Calibri" w:cs="Calibri"/>
          <w:b/>
          <w:bCs/>
          <w:color w:val="000000" w:themeColor="text1"/>
          <w:lang w:eastAsia="en-GB"/>
        </w:rPr>
        <w:t xml:space="preserve">: </w:t>
      </w:r>
      <w:r w:rsidRPr="009333F6">
        <w:rPr>
          <w:rFonts w:ascii="Calibri" w:eastAsia="Times New Roman" w:hAnsi="Calibri" w:cs="Calibri"/>
          <w:color w:val="000000" w:themeColor="text1"/>
          <w:lang w:eastAsia="en-GB"/>
        </w:rPr>
        <w:t>Align unit and lesson templates to TfT elements and support teachers in writing Deep Hope statements.</w:t>
      </w:r>
    </w:p>
    <w:p w14:paraId="578224F2" w14:textId="1B0425CC" w:rsidR="00A0530C" w:rsidRPr="009333F6" w:rsidRDefault="00602FAB" w:rsidP="009333F6">
      <w:pPr>
        <w:numPr>
          <w:ilvl w:val="0"/>
          <w:numId w:val="13"/>
        </w:numPr>
        <w:spacing w:before="100" w:beforeAutospacing="1" w:after="100" w:afterAutospacing="1" w:line="240" w:lineRule="auto"/>
        <w:rPr>
          <w:rFonts w:ascii="Calibri" w:eastAsia="Times New Roman" w:hAnsi="Calibri" w:cs="Calibri"/>
          <w:color w:val="000000" w:themeColor="text1"/>
          <w:lang w:eastAsia="en-GB"/>
        </w:rPr>
      </w:pPr>
      <w:r w:rsidRPr="009333F6">
        <w:rPr>
          <w:rFonts w:ascii="Calibri" w:eastAsia="Times New Roman" w:hAnsi="Calibri" w:cs="Calibri"/>
          <w:b/>
          <w:bCs/>
          <w:color w:val="000000" w:themeColor="text1"/>
          <w:lang w:eastAsia="en-GB"/>
        </w:rPr>
        <w:t>Bring real-world Formational Learning Experiences (FLEx) into learning programmes</w:t>
      </w:r>
      <w:r w:rsidR="009333F6" w:rsidRPr="009333F6">
        <w:rPr>
          <w:rFonts w:ascii="Calibri" w:eastAsia="Times New Roman" w:hAnsi="Calibri" w:cs="Calibri"/>
          <w:b/>
          <w:bCs/>
          <w:color w:val="000000" w:themeColor="text1"/>
          <w:lang w:eastAsia="en-GB"/>
        </w:rPr>
        <w:t xml:space="preserve">: </w:t>
      </w:r>
      <w:r w:rsidRPr="009333F6">
        <w:rPr>
          <w:rFonts w:ascii="Calibri" w:eastAsia="Times New Roman" w:hAnsi="Calibri" w:cs="Calibri"/>
          <w:color w:val="000000" w:themeColor="text1"/>
          <w:lang w:eastAsia="en-GB"/>
        </w:rPr>
        <w:t>Implement FLEx projects connecting classroom learning to authentic needs</w:t>
      </w:r>
      <w:r w:rsidR="009333F6" w:rsidRPr="009333F6">
        <w:rPr>
          <w:rFonts w:ascii="Calibri" w:eastAsia="Times New Roman" w:hAnsi="Calibri" w:cs="Calibri"/>
          <w:color w:val="000000" w:themeColor="text1"/>
          <w:lang w:eastAsia="en-GB"/>
        </w:rPr>
        <w:t>.</w:t>
      </w:r>
    </w:p>
    <w:p w14:paraId="249A38B3" w14:textId="559B9476" w:rsidR="00602FAB" w:rsidRPr="00B2710F" w:rsidRDefault="00000000" w:rsidP="00602FAB">
      <w:pPr>
        <w:pStyle w:val="Heading1"/>
        <w:rPr>
          <w:rFonts w:ascii="Calibri" w:hAnsi="Calibri" w:cs="Calibri"/>
          <w:sz w:val="32"/>
          <w:szCs w:val="32"/>
        </w:rPr>
      </w:pPr>
      <w:r w:rsidRPr="00B2710F">
        <w:rPr>
          <w:rFonts w:ascii="Calibri" w:hAnsi="Calibri" w:cs="Calibri"/>
          <w:sz w:val="32"/>
          <w:szCs w:val="32"/>
        </w:rPr>
        <w:lastRenderedPageBreak/>
        <w:t>Domain 3: Identity &amp; Purpose</w:t>
      </w:r>
      <w:r w:rsidR="00602FAB" w:rsidRPr="00B2710F">
        <w:rPr>
          <w:rFonts w:ascii="Calibri" w:hAnsi="Calibri" w:cs="Calibri"/>
          <w:sz w:val="32"/>
          <w:szCs w:val="32"/>
        </w:rPr>
        <w:t xml:space="preserve"> – </w:t>
      </w:r>
      <w:r w:rsidR="00602FAB" w:rsidRPr="00B2710F">
        <w:rPr>
          <w:rFonts w:ascii="Calibri" w:hAnsi="Calibri" w:cs="Calibri"/>
          <w:b w:val="0"/>
          <w:bCs w:val="0"/>
          <w:sz w:val="32"/>
          <w:szCs w:val="32"/>
        </w:rPr>
        <w:t>A Purpose-drive</w:t>
      </w:r>
      <w:r w:rsidR="0057617B">
        <w:rPr>
          <w:rFonts w:ascii="Calibri" w:hAnsi="Calibri" w:cs="Calibri"/>
          <w:b w:val="0"/>
          <w:bCs w:val="0"/>
          <w:sz w:val="32"/>
          <w:szCs w:val="32"/>
        </w:rPr>
        <w:t>n</w:t>
      </w:r>
      <w:r w:rsidR="00602FAB" w:rsidRPr="00B2710F">
        <w:rPr>
          <w:rFonts w:ascii="Calibri" w:hAnsi="Calibri" w:cs="Calibri"/>
          <w:b w:val="0"/>
          <w:bCs w:val="0"/>
          <w:sz w:val="32"/>
          <w:szCs w:val="32"/>
        </w:rPr>
        <w:t xml:space="preserve"> Community of Learning</w:t>
      </w:r>
    </w:p>
    <w:p w14:paraId="3186BB43" w14:textId="77777777" w:rsidR="00B2710F" w:rsidRPr="00B2710F" w:rsidRDefault="00B2710F">
      <w:pPr>
        <w:rPr>
          <w:rFonts w:ascii="Calibri" w:hAnsi="Calibri" w:cs="Calibri"/>
          <w:sz w:val="10"/>
          <w:szCs w:val="10"/>
        </w:rPr>
      </w:pPr>
    </w:p>
    <w:p w14:paraId="6A5886A4" w14:textId="5CCFF8C0" w:rsidR="00A0530C" w:rsidRPr="00602FAB" w:rsidRDefault="00000000">
      <w:pPr>
        <w:rPr>
          <w:rFonts w:ascii="Calibri" w:hAnsi="Calibri" w:cs="Calibri"/>
        </w:rPr>
      </w:pPr>
      <w:r w:rsidRPr="00602FAB">
        <w:rPr>
          <w:rFonts w:ascii="Calibri" w:hAnsi="Calibri" w:cs="Calibri"/>
        </w:rPr>
        <w:t>Hamilton SDA School demonstrates a clear and coherent sense of Adventist identity and purpose. Biblical foundations are visible in governance and daily operations, and students participate actively in expressing the school’s special character. Strong partnerships are forming between school, church, and community, with increasing clarity around discipleship pathways.</w:t>
      </w:r>
    </w:p>
    <w:p w14:paraId="613220CF" w14:textId="77777777" w:rsidR="00A0530C" w:rsidRPr="00602FAB" w:rsidRDefault="00000000">
      <w:pPr>
        <w:pStyle w:val="Heading2"/>
        <w:rPr>
          <w:rFonts w:ascii="Calibri" w:hAnsi="Calibri" w:cs="Calibri"/>
        </w:rPr>
      </w:pPr>
      <w:r w:rsidRPr="00602FAB">
        <w:rPr>
          <w:rFonts w:ascii="Calibri" w:hAnsi="Calibri" w:cs="Calibri"/>
        </w:rPr>
        <w:t>Affirmations</w:t>
      </w:r>
    </w:p>
    <w:p w14:paraId="5B21A03B" w14:textId="2C09F447" w:rsidR="00A0530C" w:rsidRPr="00602FAB" w:rsidRDefault="00000000">
      <w:pPr>
        <w:pStyle w:val="ListBullet"/>
        <w:rPr>
          <w:rFonts w:ascii="Calibri" w:hAnsi="Calibri" w:cs="Calibri"/>
        </w:rPr>
      </w:pPr>
      <w:r w:rsidRPr="00602FAB">
        <w:rPr>
          <w:rFonts w:ascii="Calibri" w:hAnsi="Calibri" w:cs="Calibri"/>
          <w:b/>
          <w:bCs/>
        </w:rPr>
        <w:t>Biblical foundations and Adventist belief are well embedded</w:t>
      </w:r>
      <w:r w:rsidRPr="00602FAB">
        <w:rPr>
          <w:rFonts w:ascii="Calibri" w:hAnsi="Calibri" w:cs="Calibri"/>
        </w:rPr>
        <w:t xml:space="preserve"> in governance, documentation, and practice.</w:t>
      </w:r>
    </w:p>
    <w:p w14:paraId="340CDB04" w14:textId="33A0A5F5" w:rsidR="00A0530C" w:rsidRPr="00602FAB" w:rsidRDefault="00000000">
      <w:pPr>
        <w:pStyle w:val="ListBullet"/>
        <w:rPr>
          <w:rFonts w:ascii="Calibri" w:hAnsi="Calibri" w:cs="Calibri"/>
        </w:rPr>
      </w:pPr>
      <w:r w:rsidRPr="00602FAB">
        <w:rPr>
          <w:rFonts w:ascii="Calibri" w:hAnsi="Calibri" w:cs="Calibri"/>
          <w:b/>
          <w:bCs/>
        </w:rPr>
        <w:t>Staff and students demonstrate a</w:t>
      </w:r>
      <w:r w:rsidR="00BD6B1E" w:rsidRPr="00602FAB">
        <w:rPr>
          <w:rFonts w:ascii="Calibri" w:hAnsi="Calibri" w:cs="Calibri"/>
          <w:b/>
          <w:bCs/>
        </w:rPr>
        <w:t xml:space="preserve">n </w:t>
      </w:r>
      <w:r w:rsidRPr="00602FAB">
        <w:rPr>
          <w:rFonts w:ascii="Calibri" w:hAnsi="Calibri" w:cs="Calibri"/>
          <w:b/>
          <w:bCs/>
        </w:rPr>
        <w:t>understanding of the school’s special character,</w:t>
      </w:r>
      <w:r w:rsidRPr="00602FAB">
        <w:rPr>
          <w:rFonts w:ascii="Calibri" w:hAnsi="Calibri" w:cs="Calibri"/>
        </w:rPr>
        <w:t xml:space="preserve"> including mission, </w:t>
      </w:r>
      <w:r w:rsidR="00A073B7">
        <w:rPr>
          <w:rFonts w:ascii="Calibri" w:hAnsi="Calibri" w:cs="Calibri"/>
        </w:rPr>
        <w:t xml:space="preserve">core beliefs </w:t>
      </w:r>
      <w:r w:rsidRPr="00602FAB">
        <w:rPr>
          <w:rFonts w:ascii="Calibri" w:hAnsi="Calibri" w:cs="Calibri"/>
        </w:rPr>
        <w:t>and values.</w:t>
      </w:r>
    </w:p>
    <w:p w14:paraId="6C3AEB49" w14:textId="77777777" w:rsidR="00A0530C" w:rsidRPr="00602FAB" w:rsidRDefault="00000000">
      <w:pPr>
        <w:pStyle w:val="ListBullet"/>
        <w:rPr>
          <w:rFonts w:ascii="Calibri" w:hAnsi="Calibri" w:cs="Calibri"/>
        </w:rPr>
      </w:pPr>
      <w:r w:rsidRPr="00602FAB">
        <w:rPr>
          <w:rFonts w:ascii="Calibri" w:hAnsi="Calibri" w:cs="Calibri"/>
          <w:b/>
          <w:bCs/>
        </w:rPr>
        <w:t>Cultural expressions, including Māori narratives and practices, complement and enrich special character</w:t>
      </w:r>
      <w:r w:rsidRPr="00602FAB">
        <w:rPr>
          <w:rFonts w:ascii="Calibri" w:hAnsi="Calibri" w:cs="Calibri"/>
        </w:rPr>
        <w:t>, reflecting respect for identity and belonging.</w:t>
      </w:r>
    </w:p>
    <w:p w14:paraId="2B61509F" w14:textId="77777777" w:rsidR="00A0530C" w:rsidRPr="00602FAB" w:rsidRDefault="00000000">
      <w:pPr>
        <w:pStyle w:val="ListBullet"/>
        <w:rPr>
          <w:rFonts w:ascii="Calibri" w:hAnsi="Calibri" w:cs="Calibri"/>
        </w:rPr>
      </w:pPr>
      <w:r w:rsidRPr="00602FAB">
        <w:rPr>
          <w:rFonts w:ascii="Calibri" w:hAnsi="Calibri" w:cs="Calibri"/>
          <w:b/>
          <w:bCs/>
        </w:rPr>
        <w:t>Church partnerships, community relationships, and engagement in mission</w:t>
      </w:r>
      <w:r w:rsidRPr="00602FAB">
        <w:rPr>
          <w:rFonts w:ascii="Calibri" w:hAnsi="Calibri" w:cs="Calibri"/>
        </w:rPr>
        <w:t xml:space="preserve"> are genuine and strengthening, with growing student involvement in service.</w:t>
      </w:r>
    </w:p>
    <w:p w14:paraId="4F5EBC67" w14:textId="2BCB8AE8" w:rsidR="00A0530C" w:rsidRPr="00602FAB" w:rsidRDefault="00B2710F">
      <w:pPr>
        <w:pStyle w:val="Heading2"/>
        <w:rPr>
          <w:rFonts w:ascii="Calibri" w:hAnsi="Calibri" w:cs="Calibri"/>
        </w:rPr>
      </w:pPr>
      <w:r>
        <w:rPr>
          <w:rFonts w:ascii="Calibri" w:hAnsi="Calibri" w:cs="Calibri"/>
        </w:rPr>
        <w:t xml:space="preserve">Future </w:t>
      </w:r>
      <w:r w:rsidR="003452B3">
        <w:rPr>
          <w:rFonts w:ascii="Calibri" w:hAnsi="Calibri" w:cs="Calibri"/>
        </w:rPr>
        <w:t>Priorities</w:t>
      </w:r>
      <w:r w:rsidRPr="00602FAB">
        <w:rPr>
          <w:rFonts w:ascii="Calibri" w:hAnsi="Calibri" w:cs="Calibri"/>
        </w:rPr>
        <w:t xml:space="preserve"> for Continued Growth</w:t>
      </w:r>
    </w:p>
    <w:p w14:paraId="006E90B1" w14:textId="11215193" w:rsidR="00A0530C" w:rsidRPr="00602FAB" w:rsidRDefault="003452B3">
      <w:pPr>
        <w:rPr>
          <w:rFonts w:ascii="Calibri" w:hAnsi="Calibri" w:cs="Calibri"/>
        </w:rPr>
      </w:pPr>
      <w:r>
        <w:rPr>
          <w:rFonts w:ascii="Calibri" w:hAnsi="Calibri" w:cs="Calibri"/>
          <w:b/>
          <w:bCs/>
        </w:rPr>
        <w:t xml:space="preserve">Goal: </w:t>
      </w:r>
      <w:r w:rsidR="00FB033C" w:rsidRPr="009333F6">
        <w:rPr>
          <w:rFonts w:ascii="Calibri" w:hAnsi="Calibri" w:cs="Calibri"/>
          <w:b/>
          <w:bCs/>
        </w:rPr>
        <w:t xml:space="preserve">To strengthen </w:t>
      </w:r>
      <w:r w:rsidR="00A073B7" w:rsidRPr="009333F6">
        <w:rPr>
          <w:rFonts w:ascii="Calibri" w:hAnsi="Calibri" w:cs="Calibri"/>
          <w:b/>
          <w:bCs/>
        </w:rPr>
        <w:t>intentional</w:t>
      </w:r>
      <w:r w:rsidR="00FB033C" w:rsidRPr="009333F6">
        <w:rPr>
          <w:rFonts w:ascii="Calibri" w:hAnsi="Calibri" w:cs="Calibri"/>
          <w:b/>
          <w:bCs/>
        </w:rPr>
        <w:t xml:space="preserve"> partnerships with local churches</w:t>
      </w:r>
      <w:r w:rsidR="00FB033C">
        <w:rPr>
          <w:rFonts w:ascii="Calibri" w:hAnsi="Calibri" w:cs="Calibri"/>
        </w:rPr>
        <w:t xml:space="preserve"> that directly impact the faith formation of</w:t>
      </w:r>
      <w:r w:rsidR="00A073B7">
        <w:rPr>
          <w:rFonts w:ascii="Calibri" w:hAnsi="Calibri" w:cs="Calibri"/>
        </w:rPr>
        <w:t xml:space="preserve"> students and supports families in their spiritual growth. </w:t>
      </w:r>
    </w:p>
    <w:p w14:paraId="09B0E0FC" w14:textId="4377255F" w:rsidR="00602FAB" w:rsidRPr="00C90B50" w:rsidRDefault="00602FAB" w:rsidP="00C90B50">
      <w:pPr>
        <w:pStyle w:val="NoSpacing"/>
        <w:rPr>
          <w:rFonts w:ascii="Calibri" w:hAnsi="Calibri" w:cs="Calibri"/>
          <w:b/>
          <w:bCs/>
          <w:i/>
          <w:iCs/>
          <w:lang w:eastAsia="en-GB"/>
        </w:rPr>
      </w:pPr>
      <w:r w:rsidRPr="00C90B50">
        <w:rPr>
          <w:rFonts w:ascii="Calibri" w:hAnsi="Calibri" w:cs="Calibri"/>
          <w:b/>
          <w:bCs/>
          <w:i/>
          <w:iCs/>
          <w:lang w:eastAsia="en-GB"/>
        </w:rPr>
        <w:t>Desired Outcome</w:t>
      </w:r>
      <w:r w:rsidR="00FB033C" w:rsidRPr="00C90B50">
        <w:rPr>
          <w:rFonts w:ascii="Calibri" w:hAnsi="Calibri" w:cs="Calibri"/>
          <w:b/>
          <w:bCs/>
          <w:i/>
          <w:iCs/>
          <w:lang w:eastAsia="en-GB"/>
        </w:rPr>
        <w:t>s</w:t>
      </w:r>
    </w:p>
    <w:p w14:paraId="2A1DD106" w14:textId="77777777" w:rsidR="00C90B50" w:rsidRDefault="00C90B50" w:rsidP="00C90B50">
      <w:pPr>
        <w:pStyle w:val="NoSpacing"/>
        <w:rPr>
          <w:rFonts w:ascii="Calibri" w:hAnsi="Calibri" w:cs="Calibri"/>
          <w:lang w:eastAsia="en-GB"/>
        </w:rPr>
      </w:pPr>
    </w:p>
    <w:p w14:paraId="61B3D359" w14:textId="5F6112DF" w:rsidR="00602FAB" w:rsidRPr="00C90B50" w:rsidRDefault="00602FAB" w:rsidP="00C90B50">
      <w:pPr>
        <w:pStyle w:val="NoSpacing"/>
        <w:rPr>
          <w:rFonts w:ascii="Calibri" w:hAnsi="Calibri" w:cs="Calibri"/>
          <w:lang w:eastAsia="en-GB"/>
        </w:rPr>
      </w:pPr>
      <w:r w:rsidRPr="00C90B50">
        <w:rPr>
          <w:rFonts w:ascii="Calibri" w:hAnsi="Calibri" w:cs="Calibri"/>
          <w:lang w:eastAsia="en-GB"/>
        </w:rPr>
        <w:t>The school and its partnering churches will share a unified vision for faith formation and discipleship, creating a seamless connection between school, home, and church.</w:t>
      </w:r>
    </w:p>
    <w:p w14:paraId="7D92E6DD" w14:textId="77777777" w:rsidR="00C90B50" w:rsidRDefault="00C90B50" w:rsidP="00C90B50">
      <w:pPr>
        <w:pStyle w:val="NoSpacing"/>
        <w:rPr>
          <w:rFonts w:ascii="Calibri" w:hAnsi="Calibri" w:cs="Calibri"/>
          <w:lang w:eastAsia="en-GB"/>
        </w:rPr>
      </w:pPr>
    </w:p>
    <w:p w14:paraId="4ADA126D" w14:textId="1E190AB9" w:rsidR="00C90B50" w:rsidRPr="00C90B50" w:rsidRDefault="00C90B50" w:rsidP="00C90B50">
      <w:pPr>
        <w:pStyle w:val="NoSpacing"/>
        <w:rPr>
          <w:rFonts w:ascii="Calibri" w:hAnsi="Calibri" w:cs="Calibri"/>
          <w:lang w:eastAsia="en-GB"/>
        </w:rPr>
      </w:pPr>
      <w:r w:rsidRPr="00C90B50">
        <w:rPr>
          <w:rFonts w:ascii="Calibri" w:hAnsi="Calibri" w:cs="Calibri"/>
          <w:lang w:eastAsia="en-GB"/>
        </w:rPr>
        <w:t xml:space="preserve">Intentional </w:t>
      </w:r>
      <w:r w:rsidR="005C2EFB">
        <w:rPr>
          <w:rFonts w:ascii="Calibri" w:hAnsi="Calibri" w:cs="Calibri"/>
          <w:lang w:eastAsia="en-GB"/>
        </w:rPr>
        <w:t xml:space="preserve">church-school </w:t>
      </w:r>
      <w:r w:rsidRPr="00C90B50">
        <w:rPr>
          <w:rFonts w:ascii="Calibri" w:hAnsi="Calibri" w:cs="Calibri"/>
          <w:lang w:eastAsia="en-GB"/>
        </w:rPr>
        <w:t>partnerships will be nurtured so that:</w:t>
      </w:r>
    </w:p>
    <w:p w14:paraId="4ABFF930" w14:textId="78DF2ADC" w:rsidR="00602FAB" w:rsidRPr="00C90B50" w:rsidRDefault="00602FAB" w:rsidP="00C90B50">
      <w:pPr>
        <w:pStyle w:val="NoSpacing"/>
        <w:numPr>
          <w:ilvl w:val="0"/>
          <w:numId w:val="21"/>
        </w:numPr>
        <w:rPr>
          <w:rFonts w:ascii="Calibri" w:hAnsi="Calibri" w:cs="Calibri"/>
          <w:lang w:eastAsia="en-GB"/>
        </w:rPr>
      </w:pPr>
      <w:r w:rsidRPr="00C90B50">
        <w:rPr>
          <w:rFonts w:ascii="Calibri" w:hAnsi="Calibri" w:cs="Calibri"/>
          <w:lang w:eastAsia="en-GB"/>
        </w:rPr>
        <w:t>Students will experience belonging to God’s family</w:t>
      </w:r>
      <w:r w:rsidR="00FB033C" w:rsidRPr="00C90B50">
        <w:rPr>
          <w:rFonts w:ascii="Calibri" w:hAnsi="Calibri" w:cs="Calibri"/>
          <w:lang w:eastAsia="en-GB"/>
        </w:rPr>
        <w:t xml:space="preserve"> </w:t>
      </w:r>
      <w:r w:rsidRPr="00C90B50">
        <w:rPr>
          <w:rFonts w:ascii="Calibri" w:hAnsi="Calibri" w:cs="Calibri"/>
          <w:lang w:eastAsia="en-GB"/>
        </w:rPr>
        <w:t>and participation in mission</w:t>
      </w:r>
      <w:r w:rsidR="00FB033C" w:rsidRPr="00C90B50">
        <w:rPr>
          <w:rFonts w:ascii="Calibri" w:hAnsi="Calibri" w:cs="Calibri"/>
          <w:lang w:eastAsia="en-GB"/>
        </w:rPr>
        <w:t xml:space="preserve"> as part of a church community</w:t>
      </w:r>
    </w:p>
    <w:p w14:paraId="41C789F1" w14:textId="77777777" w:rsidR="00602FAB" w:rsidRPr="00C90B50" w:rsidRDefault="00602FAB" w:rsidP="00C90B50">
      <w:pPr>
        <w:pStyle w:val="NoSpacing"/>
        <w:numPr>
          <w:ilvl w:val="0"/>
          <w:numId w:val="21"/>
        </w:numPr>
        <w:rPr>
          <w:rFonts w:ascii="Calibri" w:hAnsi="Calibri" w:cs="Calibri"/>
          <w:lang w:eastAsia="en-GB"/>
        </w:rPr>
      </w:pPr>
      <w:r w:rsidRPr="00C90B50">
        <w:rPr>
          <w:rFonts w:ascii="Calibri" w:hAnsi="Calibri" w:cs="Calibri"/>
          <w:lang w:eastAsia="en-GB"/>
        </w:rPr>
        <w:t>Families will feel spiritually supported and invited into meaningful partnership.</w:t>
      </w:r>
    </w:p>
    <w:p w14:paraId="1F03C4C9" w14:textId="77777777" w:rsidR="00602FAB" w:rsidRPr="00C90B50" w:rsidRDefault="00602FAB" w:rsidP="00C90B50">
      <w:pPr>
        <w:pStyle w:val="NoSpacing"/>
        <w:numPr>
          <w:ilvl w:val="0"/>
          <w:numId w:val="21"/>
        </w:numPr>
        <w:rPr>
          <w:rFonts w:ascii="Calibri" w:hAnsi="Calibri" w:cs="Calibri"/>
          <w:lang w:eastAsia="en-GB"/>
        </w:rPr>
      </w:pPr>
      <w:r w:rsidRPr="00C90B50">
        <w:rPr>
          <w:rFonts w:ascii="Calibri" w:hAnsi="Calibri" w:cs="Calibri"/>
          <w:lang w:eastAsia="en-GB"/>
        </w:rPr>
        <w:t>The school’s identity as an Adventist learning community will be strengthened through visible collaboration and shared mission.</w:t>
      </w:r>
    </w:p>
    <w:p w14:paraId="6EA10B83" w14:textId="77777777" w:rsidR="00602FAB" w:rsidRPr="00BA3549" w:rsidRDefault="00602FAB" w:rsidP="00602FAB">
      <w:pPr>
        <w:spacing w:before="100" w:beforeAutospacing="1" w:after="100" w:afterAutospacing="1"/>
        <w:rPr>
          <w:rFonts w:ascii="Calibri" w:eastAsia="Times New Roman" w:hAnsi="Calibri" w:cs="Calibri"/>
          <w:i/>
          <w:iCs/>
          <w:lang w:eastAsia="en-GB"/>
        </w:rPr>
      </w:pPr>
      <w:r w:rsidRPr="00BA3549">
        <w:rPr>
          <w:rFonts w:ascii="Calibri" w:eastAsia="Times New Roman" w:hAnsi="Calibri" w:cs="Calibri"/>
          <w:b/>
          <w:bCs/>
          <w:i/>
          <w:iCs/>
          <w:lang w:eastAsia="en-GB"/>
        </w:rPr>
        <w:t>Specific Actions</w:t>
      </w:r>
    </w:p>
    <w:p w14:paraId="443D2057" w14:textId="57194AD2" w:rsidR="00602FAB" w:rsidRPr="00FB033C" w:rsidRDefault="00602FAB" w:rsidP="00FB033C">
      <w:pPr>
        <w:numPr>
          <w:ilvl w:val="0"/>
          <w:numId w:val="15"/>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Establish a partnership plan with local Adventist churches</w:t>
      </w:r>
      <w:r w:rsidR="00A073B7">
        <w:rPr>
          <w:rFonts w:ascii="Calibri" w:eastAsia="Times New Roman" w:hAnsi="Calibri" w:cs="Calibri"/>
          <w:b/>
          <w:bCs/>
          <w:lang w:eastAsia="en-GB"/>
        </w:rPr>
        <w:t xml:space="preserve"> </w:t>
      </w:r>
      <w:r w:rsidR="00A073B7" w:rsidRPr="00A073B7">
        <w:rPr>
          <w:rFonts w:ascii="Calibri" w:eastAsia="Times New Roman" w:hAnsi="Calibri" w:cs="Calibri"/>
          <w:lang w:eastAsia="en-GB"/>
        </w:rPr>
        <w:t>as part of the school</w:t>
      </w:r>
      <w:r w:rsidR="0057617B">
        <w:rPr>
          <w:rFonts w:ascii="Calibri" w:eastAsia="Times New Roman" w:hAnsi="Calibri" w:cs="Calibri"/>
          <w:lang w:eastAsia="en-GB"/>
        </w:rPr>
        <w:t>’</w:t>
      </w:r>
      <w:r w:rsidR="00A073B7" w:rsidRPr="00A073B7">
        <w:rPr>
          <w:rFonts w:ascii="Calibri" w:eastAsia="Times New Roman" w:hAnsi="Calibri" w:cs="Calibri"/>
          <w:lang w:eastAsia="en-GB"/>
        </w:rPr>
        <w:t xml:space="preserve">s </w:t>
      </w:r>
      <w:r w:rsidR="00A073B7" w:rsidRPr="00A073B7">
        <w:rPr>
          <w:rFonts w:ascii="Calibri" w:eastAsia="Times New Roman" w:hAnsi="Calibri" w:cs="Calibri"/>
          <w:i/>
          <w:iCs/>
          <w:lang w:eastAsia="en-GB"/>
        </w:rPr>
        <w:t>Dis</w:t>
      </w:r>
      <w:r w:rsidR="0057617B">
        <w:rPr>
          <w:rFonts w:ascii="Calibri" w:eastAsia="Times New Roman" w:hAnsi="Calibri" w:cs="Calibri"/>
          <w:i/>
          <w:iCs/>
          <w:lang w:eastAsia="en-GB"/>
        </w:rPr>
        <w:t>c</w:t>
      </w:r>
      <w:r w:rsidR="00A073B7" w:rsidRPr="00A073B7">
        <w:rPr>
          <w:rFonts w:ascii="Calibri" w:eastAsia="Times New Roman" w:hAnsi="Calibri" w:cs="Calibri"/>
          <w:i/>
          <w:iCs/>
          <w:lang w:eastAsia="en-GB"/>
        </w:rPr>
        <w:t>ipleship Pathways</w:t>
      </w:r>
      <w:r w:rsidR="00A073B7">
        <w:rPr>
          <w:rFonts w:ascii="Calibri" w:eastAsia="Times New Roman" w:hAnsi="Calibri" w:cs="Calibri"/>
          <w:b/>
          <w:bCs/>
          <w:lang w:eastAsia="en-GB"/>
        </w:rPr>
        <w:t xml:space="preserve"> </w:t>
      </w:r>
      <w:r w:rsidR="00A073B7" w:rsidRPr="00A073B7">
        <w:rPr>
          <w:rFonts w:ascii="Calibri" w:eastAsia="Times New Roman" w:hAnsi="Calibri" w:cs="Calibri"/>
          <w:lang w:eastAsia="en-GB"/>
        </w:rPr>
        <w:t>documentation</w:t>
      </w:r>
      <w:r w:rsidR="00FB033C">
        <w:rPr>
          <w:rFonts w:ascii="Calibri" w:eastAsia="Times New Roman" w:hAnsi="Calibri" w:cs="Calibri"/>
          <w:b/>
          <w:bCs/>
          <w:lang w:eastAsia="en-GB"/>
        </w:rPr>
        <w:t>:</w:t>
      </w:r>
      <w:r w:rsidR="00FB033C">
        <w:rPr>
          <w:rFonts w:ascii="Calibri" w:eastAsia="Times New Roman" w:hAnsi="Calibri" w:cs="Calibri"/>
          <w:lang w:eastAsia="en-GB"/>
        </w:rPr>
        <w:t xml:space="preserve"> </w:t>
      </w:r>
      <w:r w:rsidRPr="00FB033C">
        <w:rPr>
          <w:rFonts w:ascii="Calibri" w:eastAsia="Times New Roman" w:hAnsi="Calibri" w:cs="Calibri"/>
          <w:lang w:eastAsia="en-GB"/>
        </w:rPr>
        <w:t xml:space="preserve">Develop shared events, worship opportunities, and </w:t>
      </w:r>
      <w:r w:rsidR="00A073B7">
        <w:rPr>
          <w:rFonts w:ascii="Calibri" w:eastAsia="Times New Roman" w:hAnsi="Calibri" w:cs="Calibri"/>
          <w:lang w:eastAsia="en-GB"/>
        </w:rPr>
        <w:t>FLEx/</w:t>
      </w:r>
      <w:r w:rsidRPr="00FB033C">
        <w:rPr>
          <w:rFonts w:ascii="Calibri" w:eastAsia="Times New Roman" w:hAnsi="Calibri" w:cs="Calibri"/>
          <w:lang w:eastAsia="en-GB"/>
        </w:rPr>
        <w:t>service projects; appoint a partnership liaison.</w:t>
      </w:r>
    </w:p>
    <w:p w14:paraId="5D267CFE" w14:textId="460A7168" w:rsidR="00602FAB" w:rsidRPr="00FB033C" w:rsidRDefault="00602FAB" w:rsidP="00FB033C">
      <w:pPr>
        <w:numPr>
          <w:ilvl w:val="0"/>
          <w:numId w:val="15"/>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Collaborate on discipleship and mentoring pathways for students and families</w:t>
      </w:r>
      <w:r w:rsidR="00FB033C">
        <w:rPr>
          <w:rFonts w:ascii="Calibri" w:eastAsia="Times New Roman" w:hAnsi="Calibri" w:cs="Calibri"/>
          <w:b/>
          <w:bCs/>
          <w:lang w:eastAsia="en-GB"/>
        </w:rPr>
        <w:t xml:space="preserve">: </w:t>
      </w:r>
      <w:r w:rsidRPr="00FB033C">
        <w:rPr>
          <w:rFonts w:ascii="Calibri" w:eastAsia="Times New Roman" w:hAnsi="Calibri" w:cs="Calibri"/>
          <w:lang w:eastAsia="en-GB"/>
        </w:rPr>
        <w:t xml:space="preserve">Engage church leaders in </w:t>
      </w:r>
      <w:r w:rsidR="00A073B7">
        <w:rPr>
          <w:rFonts w:ascii="Calibri" w:eastAsia="Times New Roman" w:hAnsi="Calibri" w:cs="Calibri"/>
          <w:lang w:eastAsia="en-GB"/>
        </w:rPr>
        <w:t>school</w:t>
      </w:r>
      <w:r w:rsidR="009333F6">
        <w:rPr>
          <w:rFonts w:ascii="Calibri" w:eastAsia="Times New Roman" w:hAnsi="Calibri" w:cs="Calibri"/>
          <w:lang w:eastAsia="en-GB"/>
        </w:rPr>
        <w:t>-</w:t>
      </w:r>
      <w:r w:rsidR="00A073B7">
        <w:rPr>
          <w:rFonts w:ascii="Calibri" w:eastAsia="Times New Roman" w:hAnsi="Calibri" w:cs="Calibri"/>
          <w:lang w:eastAsia="en-GB"/>
        </w:rPr>
        <w:t>based discipleship pathways</w:t>
      </w:r>
      <w:r w:rsidRPr="00FB033C">
        <w:rPr>
          <w:rFonts w:ascii="Calibri" w:eastAsia="Times New Roman" w:hAnsi="Calibri" w:cs="Calibri"/>
          <w:lang w:eastAsia="en-GB"/>
        </w:rPr>
        <w:t xml:space="preserve">, Week of </w:t>
      </w:r>
      <w:r w:rsidR="00A073B7">
        <w:rPr>
          <w:rFonts w:ascii="Calibri" w:eastAsia="Times New Roman" w:hAnsi="Calibri" w:cs="Calibri"/>
          <w:lang w:eastAsia="en-GB"/>
        </w:rPr>
        <w:t>p</w:t>
      </w:r>
      <w:r w:rsidRPr="00FB033C">
        <w:rPr>
          <w:rFonts w:ascii="Calibri" w:eastAsia="Times New Roman" w:hAnsi="Calibri" w:cs="Calibri"/>
          <w:lang w:eastAsia="en-GB"/>
        </w:rPr>
        <w:t>rayer</w:t>
      </w:r>
      <w:r w:rsidR="00A073B7">
        <w:rPr>
          <w:rFonts w:ascii="Calibri" w:eastAsia="Times New Roman" w:hAnsi="Calibri" w:cs="Calibri"/>
          <w:lang w:eastAsia="en-GB"/>
        </w:rPr>
        <w:t>/worship</w:t>
      </w:r>
      <w:r w:rsidRPr="00FB033C">
        <w:rPr>
          <w:rFonts w:ascii="Calibri" w:eastAsia="Times New Roman" w:hAnsi="Calibri" w:cs="Calibri"/>
          <w:lang w:eastAsia="en-GB"/>
        </w:rPr>
        <w:t xml:space="preserve">, and mentoring </w:t>
      </w:r>
      <w:r w:rsidR="00A073B7">
        <w:rPr>
          <w:rFonts w:ascii="Calibri" w:eastAsia="Times New Roman" w:hAnsi="Calibri" w:cs="Calibri"/>
          <w:lang w:eastAsia="en-GB"/>
        </w:rPr>
        <w:t xml:space="preserve">or leadership </w:t>
      </w:r>
      <w:r w:rsidRPr="00FB033C">
        <w:rPr>
          <w:rFonts w:ascii="Calibri" w:eastAsia="Times New Roman" w:hAnsi="Calibri" w:cs="Calibri"/>
          <w:lang w:eastAsia="en-GB"/>
        </w:rPr>
        <w:t>programmes.</w:t>
      </w:r>
    </w:p>
    <w:p w14:paraId="1FE0DC3D" w14:textId="4F1E0372" w:rsidR="00602FAB" w:rsidRPr="00FB033C" w:rsidRDefault="00602FAB" w:rsidP="00FB033C">
      <w:pPr>
        <w:numPr>
          <w:ilvl w:val="0"/>
          <w:numId w:val="15"/>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Integrate church partnership into curriculum and community life</w:t>
      </w:r>
      <w:r w:rsidR="00FB033C">
        <w:rPr>
          <w:rFonts w:ascii="Calibri" w:eastAsia="Times New Roman" w:hAnsi="Calibri" w:cs="Calibri"/>
          <w:b/>
          <w:bCs/>
          <w:lang w:eastAsia="en-GB"/>
        </w:rPr>
        <w:t xml:space="preserve">: </w:t>
      </w:r>
      <w:r w:rsidRPr="00FB033C">
        <w:rPr>
          <w:rFonts w:ascii="Calibri" w:eastAsia="Times New Roman" w:hAnsi="Calibri" w:cs="Calibri"/>
          <w:lang w:eastAsia="en-GB"/>
        </w:rPr>
        <w:t xml:space="preserve">Align </w:t>
      </w:r>
      <w:r w:rsidR="00FB033C">
        <w:rPr>
          <w:rFonts w:ascii="Calibri" w:eastAsia="Times New Roman" w:hAnsi="Calibri" w:cs="Calibri"/>
          <w:lang w:eastAsia="en-GB"/>
        </w:rPr>
        <w:t xml:space="preserve">FLEx or </w:t>
      </w:r>
      <w:r w:rsidRPr="00FB033C">
        <w:rPr>
          <w:rFonts w:ascii="Calibri" w:eastAsia="Times New Roman" w:hAnsi="Calibri" w:cs="Calibri"/>
          <w:lang w:eastAsia="en-GB"/>
        </w:rPr>
        <w:t>service learning with church outreach</w:t>
      </w:r>
      <w:r w:rsidR="00FB033C">
        <w:rPr>
          <w:rFonts w:ascii="Calibri" w:eastAsia="Times New Roman" w:hAnsi="Calibri" w:cs="Calibri"/>
          <w:lang w:eastAsia="en-GB"/>
        </w:rPr>
        <w:t xml:space="preserve"> or events</w:t>
      </w:r>
      <w:r w:rsidRPr="00FB033C">
        <w:rPr>
          <w:rFonts w:ascii="Calibri" w:eastAsia="Times New Roman" w:hAnsi="Calibri" w:cs="Calibri"/>
          <w:lang w:eastAsia="en-GB"/>
        </w:rPr>
        <w:t>; celebrate shared events that strengthen connection.</w:t>
      </w:r>
    </w:p>
    <w:p w14:paraId="2CB17E8A" w14:textId="77777777" w:rsidR="00A0530C" w:rsidRPr="00602FAB" w:rsidRDefault="00000000">
      <w:pPr>
        <w:rPr>
          <w:rFonts w:ascii="Calibri" w:hAnsi="Calibri" w:cs="Calibri"/>
        </w:rPr>
      </w:pPr>
      <w:r w:rsidRPr="00602FAB">
        <w:rPr>
          <w:rFonts w:ascii="Calibri" w:hAnsi="Calibri" w:cs="Calibri"/>
        </w:rPr>
        <w:br w:type="page"/>
      </w:r>
    </w:p>
    <w:p w14:paraId="5AE135D9" w14:textId="6160281A" w:rsidR="00602FAB" w:rsidRPr="00B2710F" w:rsidRDefault="00000000" w:rsidP="00602FAB">
      <w:pPr>
        <w:pStyle w:val="Heading1"/>
        <w:rPr>
          <w:rFonts w:ascii="Calibri" w:hAnsi="Calibri" w:cs="Calibri"/>
          <w:sz w:val="32"/>
          <w:szCs w:val="32"/>
        </w:rPr>
      </w:pPr>
      <w:r w:rsidRPr="00B2710F">
        <w:rPr>
          <w:rFonts w:ascii="Calibri" w:hAnsi="Calibri" w:cs="Calibri"/>
          <w:sz w:val="32"/>
          <w:szCs w:val="32"/>
        </w:rPr>
        <w:lastRenderedPageBreak/>
        <w:t>Domain 4: Leadership &amp; Culture</w:t>
      </w:r>
      <w:r w:rsidR="00602FAB" w:rsidRPr="00B2710F">
        <w:rPr>
          <w:rFonts w:ascii="Calibri" w:hAnsi="Calibri" w:cs="Calibri"/>
          <w:sz w:val="32"/>
          <w:szCs w:val="32"/>
        </w:rPr>
        <w:t xml:space="preserve"> – </w:t>
      </w:r>
      <w:r w:rsidR="00602FAB" w:rsidRPr="00B2710F">
        <w:rPr>
          <w:rFonts w:ascii="Calibri" w:hAnsi="Calibri" w:cs="Calibri"/>
          <w:b w:val="0"/>
          <w:bCs w:val="0"/>
          <w:sz w:val="32"/>
          <w:szCs w:val="32"/>
        </w:rPr>
        <w:t>A Values-infused Community of Learning</w:t>
      </w:r>
    </w:p>
    <w:p w14:paraId="6996846B" w14:textId="77777777" w:rsidR="00B2710F" w:rsidRPr="00B2710F" w:rsidRDefault="00B2710F">
      <w:pPr>
        <w:rPr>
          <w:rFonts w:ascii="Calibri" w:hAnsi="Calibri" w:cs="Calibri"/>
          <w:sz w:val="10"/>
          <w:szCs w:val="10"/>
        </w:rPr>
      </w:pPr>
    </w:p>
    <w:p w14:paraId="5F4FA238" w14:textId="753CE961" w:rsidR="00A0530C" w:rsidRPr="00602FAB" w:rsidRDefault="00000000">
      <w:pPr>
        <w:rPr>
          <w:rFonts w:ascii="Calibri" w:hAnsi="Calibri" w:cs="Calibri"/>
        </w:rPr>
      </w:pPr>
      <w:r w:rsidRPr="00602FAB">
        <w:rPr>
          <w:rFonts w:ascii="Calibri" w:hAnsi="Calibri" w:cs="Calibri"/>
        </w:rPr>
        <w:t xml:space="preserve">The school’s </w:t>
      </w:r>
      <w:r w:rsidR="0081177C" w:rsidRPr="00602FAB">
        <w:rPr>
          <w:rFonts w:ascii="Calibri" w:hAnsi="Calibri" w:cs="Calibri"/>
        </w:rPr>
        <w:t xml:space="preserve">principal and </w:t>
      </w:r>
      <w:r w:rsidRPr="00602FAB">
        <w:rPr>
          <w:rFonts w:ascii="Calibri" w:hAnsi="Calibri" w:cs="Calibri"/>
        </w:rPr>
        <w:t>leadership team model Christlike service, foster</w:t>
      </w:r>
      <w:r w:rsidR="00285DEC">
        <w:rPr>
          <w:rFonts w:ascii="Calibri" w:hAnsi="Calibri" w:cs="Calibri"/>
        </w:rPr>
        <w:t>ing</w:t>
      </w:r>
      <w:r w:rsidRPr="00602FAB">
        <w:rPr>
          <w:rFonts w:ascii="Calibri" w:hAnsi="Calibri" w:cs="Calibri"/>
        </w:rPr>
        <w:t xml:space="preserve"> a collaborative culture, and provid</w:t>
      </w:r>
      <w:r w:rsidR="00285DEC">
        <w:rPr>
          <w:rFonts w:ascii="Calibri" w:hAnsi="Calibri" w:cs="Calibri"/>
        </w:rPr>
        <w:t>ing a</w:t>
      </w:r>
      <w:r w:rsidRPr="00602FAB">
        <w:rPr>
          <w:rFonts w:ascii="Calibri" w:hAnsi="Calibri" w:cs="Calibri"/>
        </w:rPr>
        <w:t xml:space="preserve"> clear spiritual direction for the school. Leadership practices, staff development, and strategic decision-making demonstrate alignment with mission and values. The school is operating at a solid “Embedding” level with clear movement toward “Excelling.”</w:t>
      </w:r>
    </w:p>
    <w:p w14:paraId="0D0F2809" w14:textId="77777777" w:rsidR="00A0530C" w:rsidRPr="00602FAB" w:rsidRDefault="00000000">
      <w:pPr>
        <w:pStyle w:val="Heading2"/>
        <w:rPr>
          <w:rFonts w:ascii="Calibri" w:hAnsi="Calibri" w:cs="Calibri"/>
        </w:rPr>
      </w:pPr>
      <w:r w:rsidRPr="00602FAB">
        <w:rPr>
          <w:rFonts w:ascii="Calibri" w:hAnsi="Calibri" w:cs="Calibri"/>
        </w:rPr>
        <w:t>Affirmations</w:t>
      </w:r>
    </w:p>
    <w:p w14:paraId="197F896F" w14:textId="77777777" w:rsidR="00A0530C" w:rsidRPr="00602FAB" w:rsidRDefault="00000000">
      <w:pPr>
        <w:pStyle w:val="ListBullet"/>
        <w:rPr>
          <w:rFonts w:ascii="Calibri" w:hAnsi="Calibri" w:cs="Calibri"/>
        </w:rPr>
      </w:pPr>
      <w:r w:rsidRPr="00602FAB">
        <w:rPr>
          <w:rFonts w:ascii="Calibri" w:hAnsi="Calibri" w:cs="Calibri"/>
          <w:b/>
          <w:bCs/>
        </w:rPr>
        <w:t>Mission, vision, and values are clearly shaped by Scripture,</w:t>
      </w:r>
      <w:r w:rsidRPr="00602FAB">
        <w:rPr>
          <w:rFonts w:ascii="Calibri" w:hAnsi="Calibri" w:cs="Calibri"/>
        </w:rPr>
        <w:t xml:space="preserve"> well communicated, and embedded into policies, planning, and decision-making.</w:t>
      </w:r>
    </w:p>
    <w:p w14:paraId="4CC82896" w14:textId="77777777" w:rsidR="00A0530C" w:rsidRPr="00602FAB" w:rsidRDefault="00000000">
      <w:pPr>
        <w:pStyle w:val="ListBullet"/>
        <w:rPr>
          <w:rFonts w:ascii="Calibri" w:hAnsi="Calibri" w:cs="Calibri"/>
        </w:rPr>
      </w:pPr>
      <w:r w:rsidRPr="00602FAB">
        <w:rPr>
          <w:rFonts w:ascii="Calibri" w:hAnsi="Calibri" w:cs="Calibri"/>
          <w:b/>
          <w:bCs/>
        </w:rPr>
        <w:t>Leaders model servant leadership</w:t>
      </w:r>
      <w:r w:rsidRPr="00602FAB">
        <w:rPr>
          <w:rFonts w:ascii="Calibri" w:hAnsi="Calibri" w:cs="Calibri"/>
        </w:rPr>
        <w:t>, nurture relational trust, and make decisions prayerfully with the wellbeing of the community in mind.</w:t>
      </w:r>
    </w:p>
    <w:p w14:paraId="35C9E459" w14:textId="77777777" w:rsidR="00A0530C" w:rsidRPr="00602FAB" w:rsidRDefault="00000000">
      <w:pPr>
        <w:pStyle w:val="ListBullet"/>
        <w:rPr>
          <w:rFonts w:ascii="Calibri" w:hAnsi="Calibri" w:cs="Calibri"/>
        </w:rPr>
      </w:pPr>
      <w:r w:rsidRPr="00602FAB">
        <w:rPr>
          <w:rFonts w:ascii="Calibri" w:hAnsi="Calibri" w:cs="Calibri"/>
          <w:b/>
          <w:bCs/>
        </w:rPr>
        <w:t>Staff recruitment, induction, and ongoing spiritual</w:t>
      </w:r>
      <w:r w:rsidRPr="00602FAB">
        <w:rPr>
          <w:rFonts w:ascii="Calibri" w:hAnsi="Calibri" w:cs="Calibri"/>
        </w:rPr>
        <w:t xml:space="preserve"> support reflect a strong commitment to Adventist special character and professional excellence.</w:t>
      </w:r>
    </w:p>
    <w:p w14:paraId="1D4A0CB7" w14:textId="77777777" w:rsidR="00A0530C" w:rsidRPr="00602FAB" w:rsidRDefault="00000000">
      <w:pPr>
        <w:pStyle w:val="ListBullet"/>
        <w:rPr>
          <w:rFonts w:ascii="Calibri" w:hAnsi="Calibri" w:cs="Calibri"/>
        </w:rPr>
      </w:pPr>
      <w:r w:rsidRPr="00602FAB">
        <w:rPr>
          <w:rFonts w:ascii="Calibri" w:hAnsi="Calibri" w:cs="Calibri"/>
          <w:b/>
          <w:bCs/>
        </w:rPr>
        <w:t>Strategic planning and evidence-informed leadership</w:t>
      </w:r>
      <w:r w:rsidRPr="00602FAB">
        <w:rPr>
          <w:rFonts w:ascii="Calibri" w:hAnsi="Calibri" w:cs="Calibri"/>
        </w:rPr>
        <w:t xml:space="preserve"> strengthen school culture, with clear attention to succession planning and ongoing improvement.</w:t>
      </w:r>
    </w:p>
    <w:p w14:paraId="3CD68EEA" w14:textId="1AF7EF2B" w:rsidR="00A0530C" w:rsidRPr="00602FAB" w:rsidRDefault="00B2710F">
      <w:pPr>
        <w:pStyle w:val="Heading2"/>
        <w:rPr>
          <w:rFonts w:ascii="Calibri" w:hAnsi="Calibri" w:cs="Calibri"/>
        </w:rPr>
      </w:pPr>
      <w:r>
        <w:rPr>
          <w:rFonts w:ascii="Calibri" w:hAnsi="Calibri" w:cs="Calibri"/>
        </w:rPr>
        <w:t xml:space="preserve">Future </w:t>
      </w:r>
      <w:r w:rsidR="003452B3">
        <w:rPr>
          <w:rFonts w:ascii="Calibri" w:hAnsi="Calibri" w:cs="Calibri"/>
        </w:rPr>
        <w:t>Priorities</w:t>
      </w:r>
      <w:r w:rsidRPr="00602FAB">
        <w:rPr>
          <w:rFonts w:ascii="Calibri" w:hAnsi="Calibri" w:cs="Calibri"/>
        </w:rPr>
        <w:t xml:space="preserve"> for Continued Growth</w:t>
      </w:r>
    </w:p>
    <w:p w14:paraId="0E3576F6" w14:textId="15F68337" w:rsidR="00A0530C" w:rsidRPr="00602FAB" w:rsidRDefault="003452B3">
      <w:pPr>
        <w:rPr>
          <w:rFonts w:ascii="Calibri" w:hAnsi="Calibri" w:cs="Calibri"/>
        </w:rPr>
      </w:pPr>
      <w:r>
        <w:rPr>
          <w:rFonts w:ascii="Calibri" w:hAnsi="Calibri" w:cs="Calibri"/>
          <w:b/>
          <w:bCs/>
        </w:rPr>
        <w:t xml:space="preserve">Goal: </w:t>
      </w:r>
      <w:r w:rsidR="00602FAB" w:rsidRPr="00602FAB">
        <w:rPr>
          <w:rFonts w:ascii="Calibri" w:hAnsi="Calibri" w:cs="Calibri"/>
          <w:b/>
          <w:bCs/>
        </w:rPr>
        <w:t>To intentionally grow and mentor emerging leaders</w:t>
      </w:r>
      <w:r w:rsidR="00602FAB">
        <w:rPr>
          <w:rFonts w:ascii="Calibri" w:hAnsi="Calibri" w:cs="Calibri"/>
        </w:rPr>
        <w:t xml:space="preserve"> who embody the mission of Adventist Education and are equipped for future leadership roles within Hamilton and beyond. </w:t>
      </w:r>
    </w:p>
    <w:p w14:paraId="0CCD94F7" w14:textId="6EEF26B5" w:rsidR="00602FAB" w:rsidRPr="005C2EFB" w:rsidRDefault="00602FAB" w:rsidP="005C2EFB">
      <w:pPr>
        <w:pStyle w:val="NoSpacing"/>
        <w:rPr>
          <w:rFonts w:ascii="Calibri" w:hAnsi="Calibri" w:cs="Calibri"/>
          <w:b/>
          <w:bCs/>
          <w:i/>
          <w:iCs/>
          <w:lang w:eastAsia="en-GB"/>
        </w:rPr>
      </w:pPr>
      <w:r w:rsidRPr="005C2EFB">
        <w:rPr>
          <w:rFonts w:ascii="Calibri" w:hAnsi="Calibri" w:cs="Calibri"/>
          <w:b/>
          <w:bCs/>
          <w:i/>
          <w:iCs/>
          <w:lang w:eastAsia="en-GB"/>
        </w:rPr>
        <w:t>Desired Outcomes</w:t>
      </w:r>
    </w:p>
    <w:p w14:paraId="268F15B2" w14:textId="77777777" w:rsidR="005C2EFB" w:rsidRDefault="005C2EFB" w:rsidP="005C2EFB">
      <w:pPr>
        <w:pStyle w:val="NoSpacing"/>
        <w:rPr>
          <w:rFonts w:ascii="Calibri" w:hAnsi="Calibri" w:cs="Calibri"/>
          <w:lang w:eastAsia="en-GB"/>
        </w:rPr>
      </w:pPr>
    </w:p>
    <w:p w14:paraId="66C0197F" w14:textId="77777777" w:rsidR="005C2EFB" w:rsidRDefault="00602FAB" w:rsidP="005C2EFB">
      <w:pPr>
        <w:pStyle w:val="NoSpacing"/>
        <w:rPr>
          <w:rFonts w:ascii="Calibri" w:hAnsi="Calibri" w:cs="Calibri"/>
          <w:lang w:eastAsia="en-GB"/>
        </w:rPr>
      </w:pPr>
      <w:r w:rsidRPr="005C2EFB">
        <w:rPr>
          <w:rFonts w:ascii="Calibri" w:hAnsi="Calibri" w:cs="Calibri"/>
          <w:lang w:eastAsia="en-GB"/>
        </w:rPr>
        <w:t xml:space="preserve">A culture of servant-hearted, mission-aligned leadership will be evident across the school. </w:t>
      </w:r>
    </w:p>
    <w:p w14:paraId="5880FA77" w14:textId="77777777" w:rsidR="005C2EFB" w:rsidRDefault="005C2EFB" w:rsidP="005C2EFB">
      <w:pPr>
        <w:pStyle w:val="NoSpacing"/>
        <w:rPr>
          <w:rFonts w:ascii="Calibri" w:hAnsi="Calibri" w:cs="Calibri"/>
          <w:lang w:eastAsia="en-GB"/>
        </w:rPr>
      </w:pPr>
    </w:p>
    <w:p w14:paraId="45D884F2" w14:textId="608B8ED2" w:rsidR="00602FAB" w:rsidRPr="005C2EFB" w:rsidRDefault="00602FAB" w:rsidP="005C2EFB">
      <w:pPr>
        <w:pStyle w:val="NoSpacing"/>
        <w:rPr>
          <w:rFonts w:ascii="Calibri" w:hAnsi="Calibri" w:cs="Calibri"/>
          <w:lang w:eastAsia="en-GB"/>
        </w:rPr>
      </w:pPr>
      <w:r w:rsidRPr="005C2EFB">
        <w:rPr>
          <w:rFonts w:ascii="Calibri" w:hAnsi="Calibri" w:cs="Calibri"/>
          <w:lang w:eastAsia="en-GB"/>
        </w:rPr>
        <w:t xml:space="preserve">Leadership development will reflect the belief that every leader is called to nurture others and shape </w:t>
      </w:r>
      <w:r w:rsidR="005C2EFB">
        <w:rPr>
          <w:rFonts w:ascii="Calibri" w:hAnsi="Calibri" w:cs="Calibri"/>
          <w:lang w:eastAsia="en-GB"/>
        </w:rPr>
        <w:t xml:space="preserve">values-infused </w:t>
      </w:r>
      <w:r w:rsidRPr="005C2EFB">
        <w:rPr>
          <w:rFonts w:ascii="Calibri" w:hAnsi="Calibri" w:cs="Calibri"/>
          <w:lang w:eastAsia="en-GB"/>
        </w:rPr>
        <w:t>communities</w:t>
      </w:r>
      <w:r w:rsidR="005C2EFB">
        <w:rPr>
          <w:rFonts w:ascii="Calibri" w:hAnsi="Calibri" w:cs="Calibri"/>
          <w:lang w:eastAsia="en-GB"/>
        </w:rPr>
        <w:t xml:space="preserve"> so that:</w:t>
      </w:r>
    </w:p>
    <w:p w14:paraId="1E71211E" w14:textId="2F20A4FF" w:rsidR="00602FAB" w:rsidRPr="005C2EFB" w:rsidRDefault="00602FAB" w:rsidP="005C2EFB">
      <w:pPr>
        <w:pStyle w:val="NoSpacing"/>
        <w:numPr>
          <w:ilvl w:val="0"/>
          <w:numId w:val="22"/>
        </w:numPr>
        <w:rPr>
          <w:rFonts w:ascii="Calibri" w:hAnsi="Calibri" w:cs="Calibri"/>
          <w:lang w:eastAsia="en-GB"/>
        </w:rPr>
      </w:pPr>
      <w:r w:rsidRPr="005C2EFB">
        <w:rPr>
          <w:rFonts w:ascii="Calibri" w:hAnsi="Calibri" w:cs="Calibri"/>
          <w:lang w:eastAsia="en-GB"/>
        </w:rPr>
        <w:t>Staff see leadership as discipleship</w:t>
      </w:r>
      <w:r w:rsidR="00285DEC">
        <w:rPr>
          <w:rFonts w:ascii="Calibri" w:hAnsi="Calibri" w:cs="Calibri"/>
          <w:lang w:eastAsia="en-GB"/>
        </w:rPr>
        <w:t xml:space="preserve">, </w:t>
      </w:r>
      <w:r w:rsidRPr="005C2EFB">
        <w:rPr>
          <w:rFonts w:ascii="Calibri" w:hAnsi="Calibri" w:cs="Calibri"/>
          <w:lang w:eastAsia="en-GB"/>
        </w:rPr>
        <w:t>serving others with humility, vision, and courage.</w:t>
      </w:r>
    </w:p>
    <w:p w14:paraId="75103045" w14:textId="77777777" w:rsidR="00602FAB" w:rsidRPr="005C2EFB" w:rsidRDefault="00602FAB" w:rsidP="005C2EFB">
      <w:pPr>
        <w:pStyle w:val="NoSpacing"/>
        <w:numPr>
          <w:ilvl w:val="0"/>
          <w:numId w:val="22"/>
        </w:numPr>
        <w:rPr>
          <w:rFonts w:ascii="Calibri" w:hAnsi="Calibri" w:cs="Calibri"/>
          <w:lang w:eastAsia="en-GB"/>
        </w:rPr>
      </w:pPr>
      <w:r w:rsidRPr="005C2EFB">
        <w:rPr>
          <w:rFonts w:ascii="Calibri" w:hAnsi="Calibri" w:cs="Calibri"/>
          <w:lang w:eastAsia="en-GB"/>
        </w:rPr>
        <w:t>Emerging leaders are mentored, equipped, and inspired to lead with faith and integrity.</w:t>
      </w:r>
    </w:p>
    <w:p w14:paraId="0918C600" w14:textId="77777777" w:rsidR="00602FAB" w:rsidRPr="005C2EFB" w:rsidRDefault="00602FAB" w:rsidP="005C2EFB">
      <w:pPr>
        <w:pStyle w:val="NoSpacing"/>
        <w:numPr>
          <w:ilvl w:val="0"/>
          <w:numId w:val="22"/>
        </w:numPr>
        <w:rPr>
          <w:rFonts w:ascii="Calibri" w:hAnsi="Calibri" w:cs="Calibri"/>
          <w:lang w:eastAsia="en-GB"/>
        </w:rPr>
      </w:pPr>
      <w:r w:rsidRPr="005C2EFB">
        <w:rPr>
          <w:rFonts w:ascii="Calibri" w:hAnsi="Calibri" w:cs="Calibri"/>
          <w:lang w:eastAsia="en-GB"/>
        </w:rPr>
        <w:t>Leadership transitions are sustainable, ensuring the continuity of mission and values.</w:t>
      </w:r>
    </w:p>
    <w:p w14:paraId="7834EAE8" w14:textId="77777777" w:rsidR="00602FAB" w:rsidRPr="00BA3549" w:rsidRDefault="00602FAB" w:rsidP="00602FAB">
      <w:pPr>
        <w:spacing w:before="100" w:beforeAutospacing="1" w:after="100" w:afterAutospacing="1"/>
        <w:rPr>
          <w:rFonts w:ascii="Calibri" w:eastAsia="Times New Roman" w:hAnsi="Calibri" w:cs="Calibri"/>
          <w:i/>
          <w:iCs/>
          <w:lang w:eastAsia="en-GB"/>
        </w:rPr>
      </w:pPr>
      <w:r w:rsidRPr="00BA3549">
        <w:rPr>
          <w:rFonts w:ascii="Calibri" w:eastAsia="Times New Roman" w:hAnsi="Calibri" w:cs="Calibri"/>
          <w:b/>
          <w:bCs/>
          <w:i/>
          <w:iCs/>
          <w:lang w:eastAsia="en-GB"/>
        </w:rPr>
        <w:t>Specific Actions</w:t>
      </w:r>
    </w:p>
    <w:p w14:paraId="182D73D6" w14:textId="66551FA3" w:rsidR="00602FAB" w:rsidRPr="00FB033C" w:rsidRDefault="00602FAB" w:rsidP="00FB033C">
      <w:pPr>
        <w:numPr>
          <w:ilvl w:val="0"/>
          <w:numId w:val="17"/>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Establish a structured leadership development and mentoring pathway</w:t>
      </w:r>
      <w:r w:rsidR="00FB033C">
        <w:rPr>
          <w:rFonts w:ascii="Calibri" w:eastAsia="Times New Roman" w:hAnsi="Calibri" w:cs="Calibri"/>
          <w:b/>
          <w:bCs/>
          <w:lang w:eastAsia="en-GB"/>
        </w:rPr>
        <w:t xml:space="preserve">: </w:t>
      </w:r>
      <w:r w:rsidRPr="00FB033C">
        <w:rPr>
          <w:rFonts w:ascii="Calibri" w:eastAsia="Times New Roman" w:hAnsi="Calibri" w:cs="Calibri"/>
          <w:lang w:eastAsia="en-GB"/>
        </w:rPr>
        <w:t>Identify emerging leaders and provide mentoring focused on faith, values, and servant leadership.</w:t>
      </w:r>
    </w:p>
    <w:p w14:paraId="75E5353F" w14:textId="44C74272" w:rsidR="00602FAB" w:rsidRPr="00FB033C" w:rsidRDefault="00602FAB" w:rsidP="00FB033C">
      <w:pPr>
        <w:numPr>
          <w:ilvl w:val="0"/>
          <w:numId w:val="17"/>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Integrate succession planning into strategic and professional growth processes</w:t>
      </w:r>
      <w:r w:rsidR="00FB033C">
        <w:rPr>
          <w:rFonts w:ascii="Calibri" w:eastAsia="Times New Roman" w:hAnsi="Calibri" w:cs="Calibri"/>
          <w:b/>
          <w:bCs/>
          <w:lang w:eastAsia="en-GB"/>
        </w:rPr>
        <w:t xml:space="preserve">: </w:t>
      </w:r>
      <w:r w:rsidRPr="00FB033C">
        <w:rPr>
          <w:rFonts w:ascii="Calibri" w:eastAsia="Times New Roman" w:hAnsi="Calibri" w:cs="Calibri"/>
          <w:lang w:eastAsia="en-GB"/>
        </w:rPr>
        <w:t>Map leadership roles, build capacity, and include leadership goals in professional growth plans.</w:t>
      </w:r>
    </w:p>
    <w:p w14:paraId="1934E3A1" w14:textId="40478111" w:rsidR="00602FAB" w:rsidRDefault="00602FAB" w:rsidP="00FB033C">
      <w:pPr>
        <w:numPr>
          <w:ilvl w:val="0"/>
          <w:numId w:val="17"/>
        </w:numPr>
        <w:spacing w:before="100" w:beforeAutospacing="1" w:after="100" w:afterAutospacing="1" w:line="240" w:lineRule="auto"/>
        <w:rPr>
          <w:rFonts w:ascii="Calibri" w:eastAsia="Times New Roman" w:hAnsi="Calibri" w:cs="Calibri"/>
          <w:lang w:eastAsia="en-GB"/>
        </w:rPr>
      </w:pPr>
      <w:r w:rsidRPr="00602FAB">
        <w:rPr>
          <w:rFonts w:ascii="Calibri" w:eastAsia="Times New Roman" w:hAnsi="Calibri" w:cs="Calibri"/>
          <w:b/>
          <w:bCs/>
          <w:lang w:eastAsia="en-GB"/>
        </w:rPr>
        <w:t>Foster a collaborative leadership culture across the school community</w:t>
      </w:r>
      <w:r w:rsidR="00FB033C">
        <w:rPr>
          <w:rFonts w:ascii="Calibri" w:eastAsia="Times New Roman" w:hAnsi="Calibri" w:cs="Calibri"/>
          <w:b/>
          <w:bCs/>
          <w:lang w:eastAsia="en-GB"/>
        </w:rPr>
        <w:t xml:space="preserve">: </w:t>
      </w:r>
      <w:r w:rsidRPr="00FB033C">
        <w:rPr>
          <w:rFonts w:ascii="Calibri" w:eastAsia="Times New Roman" w:hAnsi="Calibri" w:cs="Calibri"/>
          <w:lang w:eastAsia="en-GB"/>
        </w:rPr>
        <w:t xml:space="preserve">Provide opportunities for staff to lead initiatives and model </w:t>
      </w:r>
      <w:r w:rsidRPr="00FB033C">
        <w:rPr>
          <w:rFonts w:ascii="Calibri" w:eastAsia="Times New Roman" w:hAnsi="Calibri" w:cs="Calibri"/>
          <w:b/>
          <w:bCs/>
          <w:lang w:eastAsia="en-GB"/>
        </w:rPr>
        <w:t>whanaungatanga</w:t>
      </w:r>
      <w:r w:rsidRPr="00FB033C">
        <w:rPr>
          <w:rFonts w:ascii="Calibri" w:eastAsia="Times New Roman" w:hAnsi="Calibri" w:cs="Calibri"/>
          <w:lang w:eastAsia="en-GB"/>
        </w:rPr>
        <w:t xml:space="preserve">, </w:t>
      </w:r>
      <w:r w:rsidRPr="00FB033C">
        <w:rPr>
          <w:rFonts w:ascii="Calibri" w:eastAsia="Times New Roman" w:hAnsi="Calibri" w:cs="Calibri"/>
          <w:b/>
          <w:bCs/>
          <w:lang w:eastAsia="en-GB"/>
        </w:rPr>
        <w:t>manaakitanga</w:t>
      </w:r>
      <w:r w:rsidRPr="00FB033C">
        <w:rPr>
          <w:rFonts w:ascii="Calibri" w:eastAsia="Times New Roman" w:hAnsi="Calibri" w:cs="Calibri"/>
          <w:lang w:eastAsia="en-GB"/>
        </w:rPr>
        <w:t>, and restorative practice as expressions of biblical leadership.</w:t>
      </w:r>
    </w:p>
    <w:p w14:paraId="1897063A" w14:textId="15C49E4C" w:rsidR="003452B3" w:rsidRDefault="003452B3">
      <w:pPr>
        <w:rPr>
          <w:rFonts w:ascii="Calibri" w:eastAsia="Times New Roman" w:hAnsi="Calibri" w:cs="Calibri"/>
          <w:lang w:eastAsia="en-GB"/>
        </w:rPr>
      </w:pPr>
      <w:r>
        <w:rPr>
          <w:rFonts w:ascii="Calibri" w:eastAsia="Times New Roman" w:hAnsi="Calibri" w:cs="Calibri"/>
          <w:lang w:eastAsia="en-GB"/>
        </w:rPr>
        <w:br w:type="page"/>
      </w:r>
    </w:p>
    <w:p w14:paraId="59A3AA0C" w14:textId="77777777" w:rsidR="003452B3" w:rsidRDefault="003452B3" w:rsidP="003452B3">
      <w:pPr>
        <w:pStyle w:val="NoSpacing"/>
        <w:rPr>
          <w:rFonts w:ascii="Calibri" w:hAnsi="Calibri" w:cs="Calibri"/>
        </w:rPr>
      </w:pPr>
      <w:r w:rsidRPr="003452B3">
        <w:rPr>
          <w:rFonts w:ascii="Calibri" w:hAnsi="Calibri" w:cs="Calibri"/>
          <w:b/>
          <w:bCs/>
          <w:color w:val="4F81BD" w:themeColor="accent1"/>
          <w:sz w:val="32"/>
          <w:szCs w:val="32"/>
        </w:rPr>
        <w:lastRenderedPageBreak/>
        <w:t>Final Thoughts</w:t>
      </w:r>
      <w:r w:rsidRPr="003452B3">
        <w:rPr>
          <w:rFonts w:ascii="Calibri" w:hAnsi="Calibri" w:cs="Calibri"/>
        </w:rPr>
        <w:br/>
      </w:r>
    </w:p>
    <w:p w14:paraId="45298B40" w14:textId="59457B9A" w:rsidR="003452B3" w:rsidRDefault="003452B3" w:rsidP="003452B3">
      <w:pPr>
        <w:pStyle w:val="NoSpacing"/>
        <w:rPr>
          <w:rFonts w:ascii="Calibri" w:hAnsi="Calibri" w:cs="Calibri"/>
        </w:rPr>
      </w:pPr>
      <w:r w:rsidRPr="00165629">
        <w:rPr>
          <w:rFonts w:ascii="Calibri" w:hAnsi="Calibri" w:cs="Calibri"/>
        </w:rPr>
        <w:t>The review team affirms the dedication of the Principal, Board, and staff of Hamilton Seventh-day Adventist School in strengthening and living out a deeply rooted Adventist identity. The evidence throughout this review reflects a school community committed to nurturing faith, fostering belonging, and shaping learning through the story of God. The team encourages the school to continue building a shared, future-focused vision that deepens special character and strengthens the experience of every learner.</w:t>
      </w:r>
    </w:p>
    <w:p w14:paraId="719879CF" w14:textId="77777777" w:rsidR="003452B3" w:rsidRDefault="003452B3" w:rsidP="003452B3">
      <w:pPr>
        <w:pStyle w:val="NoSpacing"/>
        <w:rPr>
          <w:rFonts w:ascii="Calibri" w:hAnsi="Calibri" w:cs="Calibri"/>
        </w:rPr>
      </w:pPr>
    </w:p>
    <w:p w14:paraId="0E0B365C" w14:textId="6F419137" w:rsidR="003452B3" w:rsidRPr="005C2EFB" w:rsidRDefault="003452B3" w:rsidP="003452B3">
      <w:pPr>
        <w:pStyle w:val="NoSpacing"/>
        <w:jc w:val="center"/>
        <w:rPr>
          <w:rFonts w:ascii="Calibri" w:hAnsi="Calibri" w:cs="Calibri"/>
          <w:b/>
          <w:bCs/>
          <w:sz w:val="32"/>
          <w:szCs w:val="32"/>
          <w:lang w:val="fr-FR"/>
        </w:rPr>
      </w:pPr>
      <w:r w:rsidRPr="0057617B">
        <w:rPr>
          <w:rFonts w:ascii="Calibri" w:hAnsi="Calibri" w:cs="Calibri"/>
          <w:lang w:val="fr-FR"/>
        </w:rPr>
        <w:br/>
      </w:r>
      <w:r w:rsidRPr="005C2EFB">
        <w:rPr>
          <w:rFonts w:ascii="Calibri" w:hAnsi="Calibri" w:cs="Calibri"/>
          <w:b/>
          <w:bCs/>
          <w:sz w:val="32"/>
          <w:szCs w:val="32"/>
          <w:lang w:val="fr-FR"/>
        </w:rPr>
        <w:t>“</w:t>
      </w:r>
      <w:proofErr w:type="spellStart"/>
      <w:r w:rsidRPr="005C2EFB">
        <w:rPr>
          <w:rFonts w:ascii="Calibri" w:hAnsi="Calibri" w:cs="Calibri"/>
          <w:b/>
          <w:bCs/>
          <w:sz w:val="32"/>
          <w:szCs w:val="32"/>
          <w:lang w:val="fr-FR"/>
        </w:rPr>
        <w:t>Nāu</w:t>
      </w:r>
      <w:proofErr w:type="spellEnd"/>
      <w:r w:rsidRPr="005C2EFB">
        <w:rPr>
          <w:rFonts w:ascii="Calibri" w:hAnsi="Calibri" w:cs="Calibri"/>
          <w:b/>
          <w:bCs/>
          <w:sz w:val="32"/>
          <w:szCs w:val="32"/>
          <w:lang w:val="fr-FR"/>
        </w:rPr>
        <w:t xml:space="preserve"> te </w:t>
      </w:r>
      <w:proofErr w:type="spellStart"/>
      <w:r w:rsidRPr="005C2EFB">
        <w:rPr>
          <w:rFonts w:ascii="Calibri" w:hAnsi="Calibri" w:cs="Calibri"/>
          <w:b/>
          <w:bCs/>
          <w:sz w:val="32"/>
          <w:szCs w:val="32"/>
          <w:lang w:val="fr-FR"/>
        </w:rPr>
        <w:t>rourou</w:t>
      </w:r>
      <w:proofErr w:type="spellEnd"/>
      <w:r w:rsidRPr="005C2EFB">
        <w:rPr>
          <w:rFonts w:ascii="Calibri" w:hAnsi="Calibri" w:cs="Calibri"/>
          <w:b/>
          <w:bCs/>
          <w:sz w:val="32"/>
          <w:szCs w:val="32"/>
          <w:lang w:val="fr-FR"/>
        </w:rPr>
        <w:t xml:space="preserve">, </w:t>
      </w:r>
      <w:proofErr w:type="spellStart"/>
      <w:r w:rsidRPr="005C2EFB">
        <w:rPr>
          <w:rFonts w:ascii="Calibri" w:hAnsi="Calibri" w:cs="Calibri"/>
          <w:b/>
          <w:bCs/>
          <w:sz w:val="32"/>
          <w:szCs w:val="32"/>
          <w:lang w:val="fr-FR"/>
        </w:rPr>
        <w:t>nāku</w:t>
      </w:r>
      <w:proofErr w:type="spellEnd"/>
      <w:r w:rsidRPr="005C2EFB">
        <w:rPr>
          <w:rFonts w:ascii="Calibri" w:hAnsi="Calibri" w:cs="Calibri"/>
          <w:b/>
          <w:bCs/>
          <w:sz w:val="32"/>
          <w:szCs w:val="32"/>
          <w:lang w:val="fr-FR"/>
        </w:rPr>
        <w:t xml:space="preserve"> te </w:t>
      </w:r>
      <w:proofErr w:type="spellStart"/>
      <w:r w:rsidRPr="005C2EFB">
        <w:rPr>
          <w:rFonts w:ascii="Calibri" w:hAnsi="Calibri" w:cs="Calibri"/>
          <w:b/>
          <w:bCs/>
          <w:sz w:val="32"/>
          <w:szCs w:val="32"/>
          <w:lang w:val="fr-FR"/>
        </w:rPr>
        <w:t>rourou</w:t>
      </w:r>
      <w:proofErr w:type="spellEnd"/>
      <w:r w:rsidRPr="005C2EFB">
        <w:rPr>
          <w:rFonts w:ascii="Calibri" w:hAnsi="Calibri" w:cs="Calibri"/>
          <w:b/>
          <w:bCs/>
          <w:sz w:val="32"/>
          <w:szCs w:val="32"/>
          <w:lang w:val="fr-FR"/>
        </w:rPr>
        <w:t xml:space="preserve">, ka </w:t>
      </w:r>
      <w:proofErr w:type="spellStart"/>
      <w:r w:rsidRPr="005C2EFB">
        <w:rPr>
          <w:rFonts w:ascii="Calibri" w:hAnsi="Calibri" w:cs="Calibri"/>
          <w:b/>
          <w:bCs/>
          <w:sz w:val="32"/>
          <w:szCs w:val="32"/>
          <w:lang w:val="fr-FR"/>
        </w:rPr>
        <w:t>ora</w:t>
      </w:r>
      <w:proofErr w:type="spellEnd"/>
      <w:r w:rsidRPr="005C2EFB">
        <w:rPr>
          <w:rFonts w:ascii="Calibri" w:hAnsi="Calibri" w:cs="Calibri"/>
          <w:b/>
          <w:bCs/>
          <w:sz w:val="32"/>
          <w:szCs w:val="32"/>
          <w:lang w:val="fr-FR"/>
        </w:rPr>
        <w:t xml:space="preserve"> ai te </w:t>
      </w:r>
      <w:proofErr w:type="spellStart"/>
      <w:r w:rsidRPr="005C2EFB">
        <w:rPr>
          <w:rFonts w:ascii="Calibri" w:hAnsi="Calibri" w:cs="Calibri"/>
          <w:b/>
          <w:bCs/>
          <w:sz w:val="32"/>
          <w:szCs w:val="32"/>
          <w:lang w:val="fr-FR"/>
        </w:rPr>
        <w:t>iwi</w:t>
      </w:r>
      <w:proofErr w:type="spellEnd"/>
      <w:r w:rsidRPr="005C2EFB">
        <w:rPr>
          <w:rFonts w:ascii="Calibri" w:hAnsi="Calibri" w:cs="Calibri"/>
          <w:b/>
          <w:bCs/>
          <w:sz w:val="32"/>
          <w:szCs w:val="32"/>
          <w:lang w:val="fr-FR"/>
        </w:rPr>
        <w:t>.”</w:t>
      </w:r>
    </w:p>
    <w:p w14:paraId="564445B6" w14:textId="77777777" w:rsidR="005C2EFB" w:rsidRPr="0057617B" w:rsidRDefault="005C2EFB" w:rsidP="003452B3">
      <w:pPr>
        <w:pStyle w:val="NoSpacing"/>
        <w:jc w:val="center"/>
        <w:rPr>
          <w:rFonts w:ascii="Calibri" w:hAnsi="Calibri" w:cs="Calibri"/>
          <w:b/>
          <w:bCs/>
          <w:i/>
          <w:iCs/>
          <w:lang w:val="fr-FR"/>
        </w:rPr>
      </w:pPr>
    </w:p>
    <w:p w14:paraId="07D0A20A" w14:textId="64F2EB93" w:rsidR="003452B3" w:rsidRDefault="003452B3" w:rsidP="003452B3">
      <w:pPr>
        <w:pStyle w:val="NoSpacing"/>
        <w:jc w:val="center"/>
        <w:rPr>
          <w:rFonts w:ascii="Calibri" w:hAnsi="Calibri" w:cs="Calibri"/>
          <w:b/>
          <w:bCs/>
          <w:i/>
          <w:iCs/>
        </w:rPr>
      </w:pPr>
      <w:r w:rsidRPr="003452B3">
        <w:rPr>
          <w:rFonts w:ascii="Calibri" w:hAnsi="Calibri" w:cs="Calibri"/>
          <w:b/>
          <w:bCs/>
          <w:i/>
          <w:iCs/>
        </w:rPr>
        <w:t>With your food basket and my food basket, the people will thrive.</w:t>
      </w:r>
    </w:p>
    <w:p w14:paraId="2DDEE87D" w14:textId="0185DF35" w:rsidR="003452B3" w:rsidRPr="003452B3" w:rsidRDefault="003452B3" w:rsidP="003452B3">
      <w:pPr>
        <w:pStyle w:val="NoSpacing"/>
        <w:jc w:val="center"/>
        <w:rPr>
          <w:rFonts w:ascii="Calibri" w:hAnsi="Calibri" w:cs="Calibri"/>
        </w:rPr>
      </w:pPr>
      <w:r w:rsidRPr="003452B3">
        <w:rPr>
          <w:rFonts w:ascii="Calibri" w:hAnsi="Calibri" w:cs="Calibri"/>
        </w:rPr>
        <w:br/>
      </w:r>
    </w:p>
    <w:p w14:paraId="57F022CC" w14:textId="62A0EC92" w:rsidR="003452B3" w:rsidRDefault="003452B3" w:rsidP="003452B3">
      <w:pPr>
        <w:pStyle w:val="NoSpacing"/>
        <w:rPr>
          <w:rFonts w:ascii="Calibri" w:hAnsi="Calibri" w:cs="Calibri"/>
          <w:b/>
          <w:bCs/>
          <w:color w:val="4F81BD" w:themeColor="accent1"/>
          <w:sz w:val="32"/>
          <w:szCs w:val="32"/>
        </w:rPr>
      </w:pPr>
      <w:r w:rsidRPr="00165629">
        <w:rPr>
          <w:rFonts w:ascii="Calibri" w:hAnsi="Calibri" w:cs="Calibri"/>
        </w:rPr>
        <w:t xml:space="preserve">This </w:t>
      </w:r>
      <w:proofErr w:type="spellStart"/>
      <w:r w:rsidRPr="00165629">
        <w:rPr>
          <w:rFonts w:ascii="Calibri" w:hAnsi="Calibri" w:cs="Calibri"/>
        </w:rPr>
        <w:t>whakataukī</w:t>
      </w:r>
      <w:proofErr w:type="spellEnd"/>
      <w:r w:rsidRPr="00165629">
        <w:rPr>
          <w:rFonts w:ascii="Calibri" w:hAnsi="Calibri" w:cs="Calibri"/>
        </w:rPr>
        <w:t xml:space="preserve"> beautifully expresses the spirit seen within Hamilton SDA Schoo</w:t>
      </w:r>
      <w:r w:rsidR="0057617B">
        <w:rPr>
          <w:rFonts w:ascii="Calibri" w:hAnsi="Calibri" w:cs="Calibri"/>
        </w:rPr>
        <w:t xml:space="preserve">l; </w:t>
      </w:r>
      <w:r w:rsidRPr="00165629">
        <w:rPr>
          <w:rFonts w:ascii="Calibri" w:hAnsi="Calibri" w:cs="Calibri"/>
        </w:rPr>
        <w:t>students, staff, whānau, and church community contributing together to create a flourishing learning environment.</w:t>
      </w:r>
      <w:r w:rsidRPr="00165629">
        <w:rPr>
          <w:rFonts w:ascii="Calibri" w:hAnsi="Calibri" w:cs="Calibri"/>
        </w:rPr>
        <w:br/>
      </w:r>
      <w:r w:rsidRPr="00165629">
        <w:rPr>
          <w:rFonts w:ascii="Calibri" w:hAnsi="Calibri" w:cs="Calibri"/>
        </w:rPr>
        <w:br/>
      </w:r>
    </w:p>
    <w:p w14:paraId="1E16519B" w14:textId="77777777" w:rsidR="003452B3" w:rsidRDefault="003452B3" w:rsidP="003452B3">
      <w:pPr>
        <w:pStyle w:val="NoSpacing"/>
        <w:rPr>
          <w:rFonts w:ascii="Calibri" w:hAnsi="Calibri" w:cs="Calibri"/>
        </w:rPr>
      </w:pPr>
      <w:r w:rsidRPr="003452B3">
        <w:rPr>
          <w:rFonts w:ascii="Calibri" w:hAnsi="Calibri" w:cs="Calibri"/>
          <w:b/>
          <w:bCs/>
          <w:color w:val="4F81BD" w:themeColor="accent1"/>
          <w:sz w:val="32"/>
          <w:szCs w:val="32"/>
        </w:rPr>
        <w:t>Expression of Thanks</w:t>
      </w:r>
      <w:r w:rsidRPr="003452B3">
        <w:rPr>
          <w:rFonts w:ascii="Calibri" w:hAnsi="Calibri" w:cs="Calibri"/>
          <w:b/>
          <w:bCs/>
          <w:color w:val="4F81BD" w:themeColor="accent1"/>
          <w:sz w:val="32"/>
          <w:szCs w:val="32"/>
        </w:rPr>
        <w:br/>
      </w:r>
    </w:p>
    <w:p w14:paraId="78BDDDA1" w14:textId="00184C53" w:rsidR="003452B3" w:rsidRDefault="003452B3" w:rsidP="003452B3">
      <w:pPr>
        <w:pStyle w:val="NoSpacing"/>
        <w:rPr>
          <w:rFonts w:ascii="Calibri" w:hAnsi="Calibri" w:cs="Calibri"/>
        </w:rPr>
      </w:pPr>
      <w:r w:rsidRPr="00165629">
        <w:rPr>
          <w:rFonts w:ascii="Calibri" w:hAnsi="Calibri" w:cs="Calibri"/>
        </w:rPr>
        <w:t>Thank you to the Board, Principal, leadership team, chaplaincy support, and staff for your openness</w:t>
      </w:r>
      <w:r w:rsidR="0057617B">
        <w:rPr>
          <w:rFonts w:ascii="Calibri" w:hAnsi="Calibri" w:cs="Calibri"/>
        </w:rPr>
        <w:t xml:space="preserve"> and </w:t>
      </w:r>
      <w:r w:rsidRPr="00165629">
        <w:rPr>
          <w:rFonts w:ascii="Calibri" w:hAnsi="Calibri" w:cs="Calibri"/>
        </w:rPr>
        <w:t>thoughtful engagement</w:t>
      </w:r>
      <w:r w:rsidR="0057617B">
        <w:rPr>
          <w:rFonts w:ascii="Calibri" w:hAnsi="Calibri" w:cs="Calibri"/>
        </w:rPr>
        <w:t xml:space="preserve"> t</w:t>
      </w:r>
      <w:r w:rsidRPr="00165629">
        <w:rPr>
          <w:rFonts w:ascii="Calibri" w:hAnsi="Calibri" w:cs="Calibri"/>
        </w:rPr>
        <w:t>hroughout the Special Character Review. It has been a privilege to witness the passion,</w:t>
      </w:r>
      <w:r>
        <w:rPr>
          <w:rFonts w:ascii="Calibri" w:hAnsi="Calibri" w:cs="Calibri"/>
        </w:rPr>
        <w:t xml:space="preserve"> </w:t>
      </w:r>
      <w:r w:rsidRPr="00165629">
        <w:rPr>
          <w:rFonts w:ascii="Calibri" w:hAnsi="Calibri" w:cs="Calibri"/>
        </w:rPr>
        <w:t>professionalism, and prayerful commitment evident across the school.</w:t>
      </w:r>
      <w:r w:rsidRPr="00165629">
        <w:rPr>
          <w:rFonts w:ascii="Calibri" w:hAnsi="Calibri" w:cs="Calibri"/>
        </w:rPr>
        <w:br/>
      </w:r>
      <w:r w:rsidRPr="00165629">
        <w:rPr>
          <w:rFonts w:ascii="Calibri" w:hAnsi="Calibri" w:cs="Calibri"/>
        </w:rPr>
        <w:br/>
        <w:t>The review team trusts that the affirmations, reflections, and recommended actions will support your next steps in building a thriving, Christ-shaped school communit</w:t>
      </w:r>
      <w:r w:rsidR="00285DEC">
        <w:rPr>
          <w:rFonts w:ascii="Calibri" w:hAnsi="Calibri" w:cs="Calibri"/>
        </w:rPr>
        <w:t xml:space="preserve">y – </w:t>
      </w:r>
      <w:r w:rsidRPr="00165629">
        <w:rPr>
          <w:rFonts w:ascii="Calibri" w:hAnsi="Calibri" w:cs="Calibri"/>
        </w:rPr>
        <w:t>one that reflects God’s love, invites students into His story, and prepares them to serve with purpose.</w:t>
      </w:r>
    </w:p>
    <w:p w14:paraId="0D854D60" w14:textId="77777777" w:rsidR="003452B3" w:rsidRDefault="003452B3" w:rsidP="003452B3">
      <w:pPr>
        <w:pStyle w:val="NoSpacing"/>
        <w:jc w:val="center"/>
        <w:rPr>
          <w:rFonts w:ascii="Calibri" w:hAnsi="Calibri" w:cs="Calibri"/>
          <w:b/>
          <w:bCs/>
        </w:rPr>
      </w:pPr>
      <w:r w:rsidRPr="00165629">
        <w:rPr>
          <w:rFonts w:ascii="Calibri" w:hAnsi="Calibri" w:cs="Calibri"/>
        </w:rPr>
        <w:br/>
      </w:r>
      <w:r w:rsidRPr="00165629">
        <w:rPr>
          <w:rFonts w:ascii="Calibri" w:hAnsi="Calibri" w:cs="Calibri"/>
        </w:rPr>
        <w:br/>
      </w:r>
      <w:r w:rsidRPr="003452B3">
        <w:rPr>
          <w:rFonts w:ascii="Calibri" w:hAnsi="Calibri" w:cs="Calibri"/>
          <w:b/>
          <w:bCs/>
        </w:rPr>
        <w:t xml:space="preserve">“May the God of hope fill you with all joy and peace in believing, so that you may overflow with </w:t>
      </w:r>
    </w:p>
    <w:p w14:paraId="2BD85D48" w14:textId="2E6FAE7A" w:rsidR="003452B3" w:rsidRPr="003452B3" w:rsidRDefault="003452B3" w:rsidP="003452B3">
      <w:pPr>
        <w:pStyle w:val="NoSpacing"/>
        <w:jc w:val="center"/>
        <w:rPr>
          <w:rFonts w:ascii="Calibri" w:hAnsi="Calibri" w:cs="Calibri"/>
          <w:b/>
          <w:bCs/>
        </w:rPr>
      </w:pPr>
      <w:r w:rsidRPr="003452B3">
        <w:rPr>
          <w:rFonts w:ascii="Calibri" w:hAnsi="Calibri" w:cs="Calibri"/>
          <w:b/>
          <w:bCs/>
        </w:rPr>
        <w:t>hope by the power of the Holy Spirit.”</w:t>
      </w:r>
      <w:r>
        <w:rPr>
          <w:rFonts w:ascii="Calibri" w:hAnsi="Calibri" w:cs="Calibri"/>
          <w:b/>
          <w:bCs/>
        </w:rPr>
        <w:t xml:space="preserve"> </w:t>
      </w:r>
      <w:r w:rsidRPr="003452B3">
        <w:rPr>
          <w:rFonts w:ascii="Calibri" w:hAnsi="Calibri" w:cs="Calibri"/>
          <w:b/>
          <w:bCs/>
        </w:rPr>
        <w:t>Romans 15:13</w:t>
      </w:r>
    </w:p>
    <w:p w14:paraId="32F99510" w14:textId="77777777" w:rsidR="002C54C3" w:rsidRPr="00FB033C" w:rsidRDefault="002C54C3" w:rsidP="002C54C3">
      <w:pPr>
        <w:spacing w:before="100" w:beforeAutospacing="1" w:after="100" w:afterAutospacing="1" w:line="240" w:lineRule="auto"/>
        <w:rPr>
          <w:rFonts w:ascii="Calibri" w:eastAsia="Times New Roman" w:hAnsi="Calibri" w:cs="Calibri"/>
          <w:lang w:eastAsia="en-GB"/>
        </w:rPr>
      </w:pPr>
    </w:p>
    <w:p w14:paraId="34216793" w14:textId="0483161F" w:rsidR="00A0530C" w:rsidRPr="00602FAB" w:rsidRDefault="00A0530C">
      <w:pPr>
        <w:rPr>
          <w:rFonts w:ascii="Calibri" w:hAnsi="Calibri" w:cs="Calibri"/>
        </w:rPr>
      </w:pPr>
    </w:p>
    <w:sectPr w:rsidR="00A0530C" w:rsidRPr="00602FAB" w:rsidSect="00602FAB">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13C517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E3339C"/>
    <w:multiLevelType w:val="multilevel"/>
    <w:tmpl w:val="55DA0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CB7F6F"/>
    <w:multiLevelType w:val="multilevel"/>
    <w:tmpl w:val="0D5CD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6774ED"/>
    <w:multiLevelType w:val="hybridMultilevel"/>
    <w:tmpl w:val="E7F8B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F515D"/>
    <w:multiLevelType w:val="multilevel"/>
    <w:tmpl w:val="3D9A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0922E6"/>
    <w:multiLevelType w:val="multilevel"/>
    <w:tmpl w:val="24067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21159"/>
    <w:multiLevelType w:val="multilevel"/>
    <w:tmpl w:val="8B4A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C0585"/>
    <w:multiLevelType w:val="hybridMultilevel"/>
    <w:tmpl w:val="BA2EE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6A72C0"/>
    <w:multiLevelType w:val="hybridMultilevel"/>
    <w:tmpl w:val="0C242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914C2"/>
    <w:multiLevelType w:val="multilevel"/>
    <w:tmpl w:val="1004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135401"/>
    <w:multiLevelType w:val="multilevel"/>
    <w:tmpl w:val="D4AA3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777C57"/>
    <w:multiLevelType w:val="hybridMultilevel"/>
    <w:tmpl w:val="EB42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0B7A69"/>
    <w:multiLevelType w:val="multilevel"/>
    <w:tmpl w:val="CB120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5A4AAC"/>
    <w:multiLevelType w:val="hybridMultilevel"/>
    <w:tmpl w:val="BCBC2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3608166">
    <w:abstractNumId w:val="8"/>
  </w:num>
  <w:num w:numId="2" w16cid:durableId="1213692920">
    <w:abstractNumId w:val="6"/>
  </w:num>
  <w:num w:numId="3" w16cid:durableId="1060130155">
    <w:abstractNumId w:val="5"/>
  </w:num>
  <w:num w:numId="4" w16cid:durableId="2092040290">
    <w:abstractNumId w:val="4"/>
  </w:num>
  <w:num w:numId="5" w16cid:durableId="493187068">
    <w:abstractNumId w:val="7"/>
  </w:num>
  <w:num w:numId="6" w16cid:durableId="846753951">
    <w:abstractNumId w:val="3"/>
  </w:num>
  <w:num w:numId="7" w16cid:durableId="1152212059">
    <w:abstractNumId w:val="2"/>
  </w:num>
  <w:num w:numId="8" w16cid:durableId="1357653506">
    <w:abstractNumId w:val="1"/>
  </w:num>
  <w:num w:numId="9" w16cid:durableId="1745255994">
    <w:abstractNumId w:val="0"/>
  </w:num>
  <w:num w:numId="10" w16cid:durableId="1658921583">
    <w:abstractNumId w:val="10"/>
  </w:num>
  <w:num w:numId="11" w16cid:durableId="451248027">
    <w:abstractNumId w:val="13"/>
  </w:num>
  <w:num w:numId="12" w16cid:durableId="1102459069">
    <w:abstractNumId w:val="14"/>
  </w:num>
  <w:num w:numId="13" w16cid:durableId="678702960">
    <w:abstractNumId w:val="9"/>
  </w:num>
  <w:num w:numId="14" w16cid:durableId="1843617039">
    <w:abstractNumId w:val="12"/>
  </w:num>
  <w:num w:numId="15" w16cid:durableId="1102262463">
    <w:abstractNumId w:val="18"/>
  </w:num>
  <w:num w:numId="16" w16cid:durableId="2040624185">
    <w:abstractNumId w:val="17"/>
  </w:num>
  <w:num w:numId="17" w16cid:durableId="1227380003">
    <w:abstractNumId w:val="20"/>
  </w:num>
  <w:num w:numId="18" w16cid:durableId="2045253293">
    <w:abstractNumId w:val="11"/>
  </w:num>
  <w:num w:numId="19" w16cid:durableId="1207449741">
    <w:abstractNumId w:val="15"/>
  </w:num>
  <w:num w:numId="20" w16cid:durableId="816798141">
    <w:abstractNumId w:val="21"/>
  </w:num>
  <w:num w:numId="21" w16cid:durableId="847258170">
    <w:abstractNumId w:val="16"/>
  </w:num>
  <w:num w:numId="22" w16cid:durableId="1418495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A54"/>
    <w:rsid w:val="00285DEC"/>
    <w:rsid w:val="0029639D"/>
    <w:rsid w:val="002C54C3"/>
    <w:rsid w:val="00307668"/>
    <w:rsid w:val="00326F90"/>
    <w:rsid w:val="003452B3"/>
    <w:rsid w:val="00484BA2"/>
    <w:rsid w:val="0057617B"/>
    <w:rsid w:val="005C2EFB"/>
    <w:rsid w:val="00602FAB"/>
    <w:rsid w:val="0081177C"/>
    <w:rsid w:val="00831CA8"/>
    <w:rsid w:val="009333F6"/>
    <w:rsid w:val="00A0530C"/>
    <w:rsid w:val="00A073B7"/>
    <w:rsid w:val="00AA1D8D"/>
    <w:rsid w:val="00B2710F"/>
    <w:rsid w:val="00B47730"/>
    <w:rsid w:val="00B73D28"/>
    <w:rsid w:val="00BA3549"/>
    <w:rsid w:val="00BD6B1E"/>
    <w:rsid w:val="00C90B50"/>
    <w:rsid w:val="00CB0664"/>
    <w:rsid w:val="00D54B89"/>
    <w:rsid w:val="00FB03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4725C1"/>
  <w14:defaultImageDpi w14:val="300"/>
  <w15:docId w15:val="{ACDD5F22-4A93-2D45-B4B8-CCDF562A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602FAB"/>
    <w:pPr>
      <w:spacing w:before="100" w:beforeAutospacing="1" w:after="100" w:afterAutospacing="1" w:line="240" w:lineRule="auto"/>
    </w:pPr>
    <w:rPr>
      <w:rFonts w:ascii="Times New Roman" w:eastAsia="Times New Roman" w:hAnsi="Times New Roman" w:cs="Times New Roman"/>
      <w:sz w:val="24"/>
      <w:szCs w:val="24"/>
      <w:lang w:val="en-NZ"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7</Pages>
  <Words>2179</Words>
  <Characters>12425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Sarita Butler</cp:lastModifiedBy>
  <cp:revision>7</cp:revision>
  <dcterms:created xsi:type="dcterms:W3CDTF">2013-12-23T23:15:00Z</dcterms:created>
  <dcterms:modified xsi:type="dcterms:W3CDTF">2025-11-24T01:29:00Z</dcterms:modified>
  <cp:category/>
</cp:coreProperties>
</file>